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STAFF APPRAISAL FORM</w:t>
      </w:r>
    </w:p>
    <w:p/>
    <w:p/>
    <w:p>
      <w:r>
        <w:rPr>
          <w:b/>
          <w:sz w:val="22"/>
        </w:rPr>
        <w:t>Employee Details</w:t>
      </w:r>
    </w:p>
    <w:p>
      <w:r>
        <w:rPr>
          <w:b w:val="0"/>
          <w:sz w:val="20"/>
        </w:rPr>
        <w:t>Employee Name: ________________________________________________________</w:t>
      </w:r>
    </w:p>
    <w:p>
      <w:r>
        <w:rPr>
          <w:b w:val="0"/>
          <w:sz w:val="20"/>
        </w:rPr>
        <w:t>Job Title: _____________________________________________________________</w:t>
      </w:r>
    </w:p>
    <w:p>
      <w:r>
        <w:rPr>
          <w:b w:val="0"/>
          <w:sz w:val="20"/>
        </w:rPr>
        <w:t>Department: ____________________________________________________________</w:t>
      </w:r>
    </w:p>
    <w:p>
      <w:r>
        <w:rPr>
          <w:b w:val="0"/>
          <w:sz w:val="20"/>
        </w:rPr>
        <w:t>Employee Number: ______________________________________________________</w:t>
      </w:r>
    </w:p>
    <w:p>
      <w:r>
        <w:rPr>
          <w:b w:val="0"/>
          <w:sz w:val="20"/>
        </w:rPr>
        <w:t>Line Manager: _________________________________________________________</w:t>
      </w:r>
    </w:p>
    <w:p/>
    <w:p>
      <w:r>
        <w:rPr>
          <w:b/>
          <w:sz w:val="22"/>
        </w:rPr>
        <w:t>Appraisal Period</w:t>
      </w:r>
    </w:p>
    <w:p>
      <w:r>
        <w:rPr>
          <w:b w:val="0"/>
          <w:sz w:val="20"/>
        </w:rPr>
        <w:t>From: ____________________________________    To: _____________________</w:t>
      </w:r>
    </w:p>
    <w:p/>
    <w:p>
      <w:r>
        <w:rPr>
          <w:b/>
          <w:sz w:val="22"/>
        </w:rPr>
        <w:t>Job Responsibilities and Objectives</w:t>
      </w:r>
    </w:p>
    <w:p>
      <w:r>
        <w:rPr>
          <w:b w:val="0"/>
          <w:sz w:val="20"/>
        </w:rPr>
        <w:t>Please detail the main responsibilities and objectives for this appraisal period:</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Performance Assessment</w:t>
      </w:r>
    </w:p>
    <w:p>
      <w:r>
        <w:rPr>
          <w:b w:val="0"/>
          <w:sz w:val="20"/>
        </w:rPr>
        <w:t>Please assess the employee's performance during this appraisal period in the following areas:</w:t>
      </w:r>
    </w:p>
    <w:tbl>
      <w:tblPr>
        <w:tblStyle w:val="TableGrid"/>
        <w:tblW w:type="auto" w:w="0"/>
        <w:tblLayout w:type="fixed"/>
        <w:tblLook w:firstColumn="1" w:firstRow="1" w:lastColumn="0" w:lastRow="0" w:noHBand="0" w:noVBand="1" w:val="04A0"/>
      </w:tblPr>
      <w:tblGrid>
        <w:gridCol w:w="4535"/>
        <w:gridCol w:w="2268"/>
        <w:gridCol w:w="2268"/>
      </w:tblGrid>
      <w:tr>
        <w:tc>
          <w:tcPr>
            <w:tcW w:type="dxa" w:w="3324"/>
          </w:tcPr>
          <w:p>
            <w:r>
              <w:t>Performance Area</w:t>
            </w:r>
          </w:p>
        </w:tc>
        <w:tc>
          <w:tcPr>
            <w:tcW w:type="dxa" w:w="3324"/>
          </w:tcPr>
          <w:p>
            <w:r>
              <w:t>Comments / Examples</w:t>
            </w:r>
          </w:p>
        </w:tc>
        <w:tc>
          <w:tcPr>
            <w:tcW w:type="dxa" w:w="3324"/>
          </w:tcPr>
          <w:p>
            <w:r>
              <w:t>Rating (1-Poor to 5-Excellent)</w:t>
            </w:r>
          </w:p>
        </w:tc>
      </w:tr>
      <w:tr>
        <w:tc>
          <w:tcPr>
            <w:tcW w:type="dxa" w:w="3324"/>
          </w:tcPr>
          <w:p>
            <w:r>
              <w:t>Quality of Work</w:t>
            </w:r>
          </w:p>
        </w:tc>
        <w:tc>
          <w:tcPr>
            <w:tcW w:type="dxa" w:w="3324"/>
          </w:tcPr>
          <w:p>
            <w:r/>
          </w:p>
        </w:tc>
        <w:tc>
          <w:tcPr>
            <w:tcW w:type="dxa" w:w="3324"/>
          </w:tcPr>
          <w:p>
            <w:r/>
          </w:p>
        </w:tc>
      </w:tr>
      <w:tr>
        <w:tc>
          <w:tcPr>
            <w:tcW w:type="dxa" w:w="3324"/>
          </w:tcPr>
          <w:p>
            <w:r>
              <w:t>Productivity</w:t>
            </w:r>
          </w:p>
        </w:tc>
        <w:tc>
          <w:tcPr>
            <w:tcW w:type="dxa" w:w="3324"/>
          </w:tcPr>
          <w:p>
            <w:r/>
          </w:p>
        </w:tc>
        <w:tc>
          <w:tcPr>
            <w:tcW w:type="dxa" w:w="3324"/>
          </w:tcPr>
          <w:p>
            <w:r/>
          </w:p>
        </w:tc>
      </w:tr>
      <w:tr>
        <w:tc>
          <w:tcPr>
            <w:tcW w:type="dxa" w:w="3324"/>
          </w:tcPr>
          <w:p>
            <w:r>
              <w:t>Teamwork and Collaboration</w:t>
            </w:r>
          </w:p>
        </w:tc>
        <w:tc>
          <w:tcPr>
            <w:tcW w:type="dxa" w:w="3324"/>
          </w:tcPr>
          <w:p>
            <w:r/>
          </w:p>
        </w:tc>
        <w:tc>
          <w:tcPr>
            <w:tcW w:type="dxa" w:w="3324"/>
          </w:tcPr>
          <w:p>
            <w:r/>
          </w:p>
        </w:tc>
      </w:tr>
      <w:tr>
        <w:tc>
          <w:tcPr>
            <w:tcW w:type="dxa" w:w="3324"/>
          </w:tcPr>
          <w:p>
            <w:r>
              <w:t>Communication Skills</w:t>
            </w:r>
          </w:p>
        </w:tc>
        <w:tc>
          <w:tcPr>
            <w:tcW w:type="dxa" w:w="3324"/>
          </w:tcPr>
          <w:p>
            <w:r/>
          </w:p>
        </w:tc>
        <w:tc>
          <w:tcPr>
            <w:tcW w:type="dxa" w:w="3324"/>
          </w:tcPr>
          <w:p>
            <w:r/>
          </w:p>
        </w:tc>
      </w:tr>
      <w:tr>
        <w:tc>
          <w:tcPr>
            <w:tcW w:type="dxa" w:w="3324"/>
          </w:tcPr>
          <w:p>
            <w:r>
              <w:t>Initiative and Problem Solving</w:t>
            </w:r>
          </w:p>
        </w:tc>
        <w:tc>
          <w:tcPr>
            <w:tcW w:type="dxa" w:w="3324"/>
          </w:tcPr>
          <w:p>
            <w:r/>
          </w:p>
        </w:tc>
        <w:tc>
          <w:tcPr>
            <w:tcW w:type="dxa" w:w="3324"/>
          </w:tcPr>
          <w:p>
            <w:r/>
          </w:p>
        </w:tc>
      </w:tr>
    </w:tbl>
    <w:p/>
    <w:p/>
    <w:p>
      <w:r>
        <w:rPr>
          <w:b/>
          <w:sz w:val="22"/>
        </w:rPr>
        <w:t>Achievements and Highlights</w:t>
      </w:r>
    </w:p>
    <w:p>
      <w:r>
        <w:rPr>
          <w:b w:val="0"/>
          <w:sz w:val="20"/>
        </w:rPr>
        <w:t>Please list key achievements and highlights during this appraisal period:</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Areas for Development</w:t>
      </w:r>
    </w:p>
    <w:p>
      <w:r>
        <w:rPr>
          <w:b w:val="0"/>
          <w:sz w:val="20"/>
        </w:rPr>
        <w:t>Please identify areas where improvement or development is needed:</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Training and Development Needs</w:t>
      </w:r>
    </w:p>
    <w:p>
      <w:r>
        <w:rPr>
          <w:b w:val="0"/>
          <w:sz w:val="20"/>
        </w:rPr>
        <w:t>Please specify any training or development activities required:</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Objectives for Next Appraisal Period</w:t>
      </w:r>
    </w:p>
    <w:p>
      <w:r>
        <w:rPr>
          <w:b w:val="0"/>
          <w:sz w:val="20"/>
        </w:rPr>
        <w:t>Please set clear and measurable objectives for the upcoming period:</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Employee Comments</w:t>
      </w:r>
    </w:p>
    <w:p>
      <w:r>
        <w:rPr>
          <w:b w:val="0"/>
          <w:sz w:val="20"/>
        </w:rPr>
        <w:t>The employee may provide comments or feedback regarding this appraisal:</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2"/>
        </w:rPr>
        <w:t>Overall Performance Rating</w:t>
      </w:r>
    </w:p>
    <w:p>
      <w:r>
        <w:rPr>
          <w:b w:val="0"/>
          <w:sz w:val="20"/>
        </w:rPr>
        <w:t>Please provide an overall rating for the employee’s performance (1-Poor to 5-Excellent): __</w:t>
      </w:r>
    </w:p>
    <w:p/>
    <w:p/>
    <w:p>
      <w:r>
        <w:rPr>
          <w:b/>
          <w:sz w:val="22"/>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Line Manager</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p/>
    <w:p>
      <w:pPr>
        <w:jc w:val="center"/>
      </w:pPr>
      <w:r>
        <w:rPr>
          <w:b/>
          <w:sz w:val="20"/>
        </w:rPr>
        <w:t>CONFIDENTIALITY NOTICE</w:t>
      </w:r>
    </w:p>
    <w:p>
      <w:pPr>
        <w:jc w:val="center"/>
      </w:pPr>
      <w:r>
        <w:rPr>
          <w:b w:val="0"/>
          <w:sz w:val="20"/>
        </w:rPr>
        <w:t>This appraisal form contains confidential information relating to the employee’s performance. It must be handled in compliance with the Data Protection Act 2018 (UK GDPR). All parties must maintain strict confidentiality and use the information solely for employment-related purposes.</w:t>
      </w:r>
    </w:p>
    <w:p/>
    <w:p>
      <w:pPr>
        <w:jc w:val="center"/>
      </w:pPr>
      <w:r>
        <w:rPr>
          <w:b/>
          <w:sz w:val="20"/>
        </w:rPr>
        <w:t>COMPLIANCE</w:t>
      </w:r>
    </w:p>
    <w:p>
      <w:pPr>
        <w:jc w:val="center"/>
      </w:pPr>
      <w:r>
        <w:rPr>
          <w:b w:val="0"/>
          <w:sz w:val="20"/>
        </w:rPr>
        <w:t>This staff appraisal form is designed to comply with applicable UK employment laws and regulations. It is intended to support fair performance management, promote employee development, and provide documentation consistent with legal standards.</w:t>
      </w:r>
    </w:p>
    <w:p>
      <w:r>
        <w:br w:type="page"/>
      </w:r>
    </w:p>
    <w:p>
      <w:pPr>
        <w:jc w:val="center"/>
      </w:pPr>
      <w:r>
        <w:rPr>
          <w:color w:val="555555"/>
          <w:sz w:val="24"/>
        </w:rPr>
        <w:t>Original source of this document:</w:t>
      </w:r>
    </w:p>
    <w:p>
      <w:pPr>
        <w:jc w:val="center"/>
      </w:pPr>
      <w:hyperlink r:id="rId9">
        <w:r>
          <w:rPr>
            <w:color w:val="0000FF"/>
            <w:u w:val="single"/>
          </w:rPr>
          <w:t>https://legaltemplates-uk.com/staff-appraisal-form/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staff-appraisal-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