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SPOUSE VISA ACCOMMODATION LETTER FROM PARENTS</w:t>
      </w:r>
    </w:p>
    <w:p/>
    <w:p/>
    <w:p>
      <w:r>
        <w:rPr>
          <w:b w:val="0"/>
          <w:sz w:val="20"/>
        </w:rPr>
        <w:t>To Whom It May Concern,</w:t>
      </w:r>
    </w:p>
    <w:p/>
    <w:p>
      <w:r>
        <w:rPr>
          <w:b w:val="0"/>
          <w:sz w:val="20"/>
        </w:rPr>
        <w:t>We, the undersigned parents of the applicant named below, hereby confirm that we will provide accommodation for our child during their stay in the United Kingdom under their Spouse Visa application. This letter serves as a formal declaration of our commitment to support their residency and well-being for the duration of their visa.</w:t>
      </w:r>
    </w:p>
    <w:p/>
    <w:p/>
    <w:p>
      <w:r>
        <w:rPr>
          <w:b/>
          <w:sz w:val="22"/>
        </w:rPr>
        <w:t>Applicant Information:</w:t>
      </w:r>
    </w:p>
    <w:p>
      <w:r>
        <w:rPr>
          <w:b w:val="0"/>
          <w:sz w:val="20"/>
        </w:rPr>
        <w:t>Full Name: ________________________________________________________________</w:t>
      </w:r>
    </w:p>
    <w:p>
      <w:r>
        <w:rPr>
          <w:b w:val="0"/>
          <w:sz w:val="20"/>
        </w:rPr>
        <w:t>Date of Birth: _____________________________________________________________</w:t>
      </w:r>
    </w:p>
    <w:p>
      <w:r>
        <w:rPr>
          <w:b w:val="0"/>
          <w:sz w:val="20"/>
        </w:rPr>
        <w:t>Nationality: _______________________________________________________________</w:t>
      </w:r>
    </w:p>
    <w:p>
      <w:r>
        <w:rPr>
          <w:b w:val="0"/>
          <w:sz w:val="20"/>
        </w:rPr>
        <w:t>Passport Number: __________________________________________________________</w:t>
      </w:r>
    </w:p>
    <w:p/>
    <w:p>
      <w:r>
        <w:rPr>
          <w:b/>
          <w:sz w:val="22"/>
        </w:rPr>
        <w:t>UK Sponsor Information (Spouse):</w:t>
      </w:r>
    </w:p>
    <w:p>
      <w:r>
        <w:rPr>
          <w:b w:val="0"/>
          <w:sz w:val="20"/>
        </w:rPr>
        <w:t>Full Name: ________________________________________________________________</w:t>
      </w:r>
    </w:p>
    <w:p>
      <w:r>
        <w:rPr>
          <w:b w:val="0"/>
          <w:sz w:val="20"/>
        </w:rPr>
        <w:t>Date of Birth: _____________________________________________________________</w:t>
      </w:r>
    </w:p>
    <w:p>
      <w:r>
        <w:rPr>
          <w:b w:val="0"/>
          <w:sz w:val="20"/>
        </w:rPr>
        <w:t>Nationality: _______________________________________________________________</w:t>
      </w:r>
    </w:p>
    <w:p>
      <w:r>
        <w:rPr>
          <w:b w:val="0"/>
          <w:sz w:val="20"/>
        </w:rPr>
        <w:t>Address in the UK: _________________________________________________________</w:t>
      </w:r>
    </w:p>
    <w:p>
      <w:r>
        <w:rPr>
          <w:b w:val="0"/>
          <w:sz w:val="20"/>
        </w:rPr>
        <w:t>Phone Number: _____________________________________________________________</w:t>
      </w:r>
    </w:p>
    <w:p>
      <w:r>
        <w:rPr>
          <w:b w:val="0"/>
          <w:sz w:val="20"/>
        </w:rPr>
        <w:t>Relationship to Applicant: Spouse</w:t>
      </w:r>
    </w:p>
    <w:p/>
    <w:p>
      <w:r>
        <w:rPr>
          <w:b/>
          <w:sz w:val="22"/>
        </w:rPr>
        <w:t>Parents' Information and Address:</w:t>
      </w:r>
    </w:p>
    <w:p>
      <w:r>
        <w:rPr>
          <w:b w:val="0"/>
          <w:sz w:val="20"/>
        </w:rPr>
        <w:t>Father's Full Name: ________________________________________________________</w:t>
      </w:r>
    </w:p>
    <w:p>
      <w:r>
        <w:rPr>
          <w:b w:val="0"/>
          <w:sz w:val="20"/>
        </w:rPr>
        <w:t>Mother's Full Name: ________________________________________________________</w:t>
      </w:r>
    </w:p>
    <w:p>
      <w:r>
        <w:rPr>
          <w:b w:val="0"/>
          <w:sz w:val="20"/>
        </w:rPr>
        <w:t>Address in the UK where accommodation will be provided:</w:t>
      </w:r>
    </w:p>
    <w:p>
      <w:r>
        <w:rPr>
          <w:b w:val="0"/>
          <w:sz w:val="20"/>
        </w:rPr>
        <w:t>___________________________________________________________________________</w:t>
      </w:r>
    </w:p>
    <w:p>
      <w:r>
        <w:rPr>
          <w:b w:val="0"/>
          <w:sz w:val="20"/>
        </w:rPr>
        <w:t>___________________________________________________________________________</w:t>
      </w:r>
    </w:p>
    <w:p>
      <w:r>
        <w:rPr>
          <w:b w:val="0"/>
          <w:sz w:val="20"/>
        </w:rPr>
        <w:t>Phone Number: _____________________________________________________________</w:t>
      </w:r>
    </w:p>
    <w:p/>
    <w:p>
      <w:r>
        <w:rPr>
          <w:b/>
          <w:sz w:val="22"/>
        </w:rPr>
        <w:t>Accommodation Details:</w:t>
      </w:r>
    </w:p>
    <w:p>
      <w:r>
        <w:rPr>
          <w:b w:val="0"/>
          <w:sz w:val="20"/>
        </w:rPr>
        <w:t>We confirm that our home is a suitable and adequate place for the applicant to reside throughout their stay in the United Kingdom. The accommodation includes a furnished bedroom specifically allocated to the applicant, with access to all necessary living facilities, such as bathroom, kitchen, and communal areas.</w:t>
      </w:r>
    </w:p>
    <w:p>
      <w:r>
        <w:rPr>
          <w:b w:val="0"/>
          <w:sz w:val="20"/>
        </w:rPr>
        <w:t>We guarantee that the applicant shall have full rights to reside at the above address for the entire duration of their Spouse Visa, and that we will not terminate or restrict their accommodation under any circumstances.</w:t>
      </w:r>
    </w:p>
    <w:p/>
    <w:p>
      <w:r>
        <w:rPr>
          <w:b/>
          <w:sz w:val="22"/>
        </w:rPr>
        <w:t>Financial Support Declaration:</w:t>
      </w:r>
    </w:p>
    <w:p>
      <w:r>
        <w:rPr>
          <w:b w:val="0"/>
          <w:sz w:val="20"/>
        </w:rPr>
        <w:t>We also declare that we are capable of and undertake to support the applicant financially during their stay if required, including meeting utility bills, council tax, and other household expenses associated with the accommodation.</w:t>
      </w:r>
    </w:p>
    <w:p>
      <w:r>
        <w:rPr>
          <w:b w:val="0"/>
          <w:sz w:val="20"/>
        </w:rPr>
        <w:t>This support is provided voluntarily and does not constitute employment or tenancy obligations for the applicant.</w:t>
      </w:r>
    </w:p>
    <w:p/>
    <w:p>
      <w:r>
        <w:rPr>
          <w:b/>
          <w:sz w:val="22"/>
        </w:rPr>
        <w:t>Legal Compliance and Understanding:</w:t>
      </w:r>
    </w:p>
    <w:p>
      <w:r>
        <w:rPr>
          <w:b w:val="0"/>
          <w:sz w:val="20"/>
        </w:rPr>
        <w:t>We understand that this letter is a formal statement to support the spouse visa application of our child and that providing false or misleading information may lead to legal consequences under UK immigration law.</w:t>
      </w:r>
    </w:p>
    <w:p>
      <w:r>
        <w:rPr>
          <w:b w:val="0"/>
          <w:sz w:val="20"/>
        </w:rPr>
        <w:t>We confirm that all information provided herein is true, accurate, and made in good faith.</w:t>
      </w:r>
    </w:p>
    <w:p/>
    <w:p/>
    <w:p>
      <w:r>
        <w:rPr>
          <w:b w:val="0"/>
          <w:sz w:val="20"/>
        </w:rPr>
        <w:t>We kindly request the relevant authorities to consider this letter as evidence of suitable accommodation and parental support for the applicant's visa application.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Father</w:t>
            </w:r>
          </w:p>
        </w:tc>
        <w:tc>
          <w:tcPr>
            <w:tcW w:type="dxa" w:w="4986"/>
            <w:tcBorders>
              <w:top w:val="nil"/>
              <w:left w:val="nil"/>
              <w:bottom w:val="nil"/>
              <w:right w:val="nil"/>
              <w:insideH w:val="nil"/>
              <w:insideV w:val="nil"/>
            </w:tcBorders>
          </w:tcPr>
          <w:p>
            <w:pPr>
              <w:jc w:val="center"/>
            </w:pPr>
            <w:r>
              <w:t>Mother</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Name: _________________________________</w:t>
            </w:r>
          </w:p>
        </w:tc>
        <w:tc>
          <w:tcPr>
            <w:tcW w:type="dxa" w:w="4986"/>
            <w:tcBorders>
              <w:top w:val="nil"/>
              <w:left w:val="nil"/>
              <w:bottom w:val="nil"/>
              <w:right w:val="nil"/>
              <w:insideH w:val="nil"/>
              <w:insideV w:val="nil"/>
            </w:tcBorders>
          </w:tcPr>
          <w:p>
            <w:pPr>
              <w:jc w:val="center"/>
            </w:pPr>
            <w:r>
              <w:t>Name: _________________________________</w:t>
            </w:r>
          </w:p>
        </w:tc>
      </w:tr>
      <w:tr>
        <w:tc>
          <w:tcPr>
            <w:tcW w:type="dxa" w:w="4986"/>
            <w:tcBorders>
              <w:top w:val="nil"/>
              <w:left w:val="nil"/>
              <w:bottom w:val="nil"/>
              <w:right w:val="nil"/>
              <w:insideH w:val="nil"/>
              <w:insideV w:val="nil"/>
            </w:tcBorders>
          </w:tcPr>
          <w:p>
            <w:pPr>
              <w:jc w:val="center"/>
            </w:pPr>
            <w:r>
              <w:t>Date: __________________________________</w:t>
            </w:r>
          </w:p>
        </w:tc>
        <w:tc>
          <w:tcPr>
            <w:tcW w:type="dxa" w:w="4986"/>
            <w:tcBorders>
              <w:top w:val="nil"/>
              <w:left w:val="nil"/>
              <w:bottom w:val="nil"/>
              <w:right w:val="nil"/>
              <w:insideH w:val="nil"/>
              <w:insideV w:val="nil"/>
            </w:tcBorders>
          </w:tcPr>
          <w:p>
            <w:pPr>
              <w:jc w:val="center"/>
            </w:pPr>
            <w:r>
              <w:t>Date: __________________________________</w:t>
            </w:r>
          </w:p>
        </w:tc>
      </w:tr>
    </w:tbl>
    <w:p/>
    <w:p/>
    <w:p>
      <w:r>
        <w:rPr>
          <w:b/>
          <w:sz w:val="22"/>
        </w:rPr>
        <w:t>Contact Information for Verification:</w:t>
      </w:r>
    </w:p>
    <w:p>
      <w:r>
        <w:rPr>
          <w:b w:val="0"/>
          <w:sz w:val="20"/>
        </w:rPr>
        <w:t>Should you require any further information or verification, please do not hesitate to contact us at the address or phone number provided above.</w:t>
      </w:r>
    </w:p>
    <w:p/>
    <w:p/>
    <w:p>
      <w:r>
        <w:rPr>
          <w:b w:val="0"/>
          <w:sz w:val="20"/>
        </w:rPr>
        <w:t>Yours faithfully,</w:t>
      </w:r>
    </w:p>
    <w:p/>
    <w:p/>
    <w:p/>
    <w:p/>
    <w:p>
      <w:r>
        <w:rPr>
          <w:b w:val="0"/>
          <w:sz w:val="20"/>
        </w:rPr>
        <w:t>______________________________           ______________________________</w:t>
      </w:r>
    </w:p>
    <w:p>
      <w:r>
        <w:rPr>
          <w:b w:val="0"/>
          <w:sz w:val="20"/>
        </w:rPr>
        <w:t>Father's Signature                                  Mother's Signature</w:t>
      </w:r>
    </w:p>
    <w:p/>
    <w:p/>
    <w:p>
      <w:r>
        <w:br w:type="page"/>
      </w:r>
    </w:p>
    <w:p>
      <w:pPr>
        <w:jc w:val="center"/>
      </w:pPr>
      <w:r>
        <w:rPr>
          <w:color w:val="555555"/>
          <w:sz w:val="24"/>
        </w:rPr>
        <w:t>Original source of this document:</w:t>
      </w:r>
    </w:p>
    <w:p>
      <w:pPr>
        <w:jc w:val="center"/>
      </w:pPr>
      <w:hyperlink r:id="rId9">
        <w:r>
          <w:rPr>
            <w:color w:val="0000FF"/>
            <w:u w:val="single"/>
          </w:rPr>
          <w:t>https://legaltemplates-uk.com/spouse-visa-accommodation-letter-from-parents/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spouse-visa-accommodation-letter-from-parents/"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