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TENANCY AGREEMENT</w:t>
      </w:r>
    </w:p>
    <w:p/>
    <w:p/>
    <w:p>
      <w:r>
        <w:rPr>
          <w:b/>
          <w:sz w:val="20"/>
        </w:rPr>
        <w:t>This Tenancy Agreement is made between:</w:t>
      </w:r>
    </w:p>
    <w:p>
      <w:r>
        <w:rPr>
          <w:b/>
          <w:sz w:val="20"/>
        </w:rPr>
        <w:t>Landlord:</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w:t>
      </w:r>
    </w:p>
    <w:p/>
    <w:p>
      <w:r>
        <w:rPr>
          <w:b/>
          <w:sz w:val="20"/>
        </w:rPr>
        <w:t>Tenant: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w:t>
      </w:r>
    </w:p>
    <w:p/>
    <w:p/>
    <w:p>
      <w:r>
        <w:rPr>
          <w:b/>
          <w:sz w:val="20"/>
        </w:rPr>
        <w:t>Property to be Let:</w:t>
      </w:r>
    </w:p>
    <w:p>
      <w:r>
        <w:rPr>
          <w:b w:val="0"/>
          <w:sz w:val="20"/>
        </w:rPr>
        <w:t>Address: _______________________________________________________________</w:t>
      </w:r>
    </w:p>
    <w:p>
      <w:r>
        <w:rPr>
          <w:b w:val="0"/>
          <w:sz w:val="20"/>
        </w:rPr>
        <w:t>Type of Property: ______________________________________________________</w:t>
      </w:r>
    </w:p>
    <w:p>
      <w:r>
        <w:rPr>
          <w:b w:val="0"/>
          <w:sz w:val="20"/>
        </w:rPr>
        <w:t>Furnished / Unfurnished: _______________________________________________</w:t>
      </w:r>
    </w:p>
    <w:p/>
    <w:p/>
    <w:p>
      <w:r>
        <w:rPr>
          <w:b/>
          <w:sz w:val="20"/>
        </w:rPr>
        <w:t>Term of Tenancy:</w:t>
      </w:r>
    </w:p>
    <w:p>
      <w:r>
        <w:rPr>
          <w:b w:val="0"/>
          <w:sz w:val="20"/>
        </w:rPr>
        <w:t>The tenancy shall commence on ___________________________ and shall be a periodic tenancy continuing until terminated by either party giving written notice as required by law.</w:t>
      </w:r>
    </w:p>
    <w:p/>
    <w:p/>
    <w:p>
      <w:r>
        <w:rPr>
          <w:b/>
          <w:sz w:val="20"/>
        </w:rPr>
        <w:t>Rent:</w:t>
      </w:r>
    </w:p>
    <w:p>
      <w:r>
        <w:rPr>
          <w:b w:val="0"/>
          <w:sz w:val="20"/>
        </w:rPr>
        <w:t>The Tenant agrees to pay the Landlord a rent of £________________ per calendar month, payable in advance on the ______ day of each month.</w:t>
      </w:r>
    </w:p>
    <w:p>
      <w:r>
        <w:rPr>
          <w:b w:val="0"/>
          <w:sz w:val="20"/>
        </w:rPr>
        <w:t>The rent shall be paid by: ________________________________________________</w:t>
      </w:r>
    </w:p>
    <w:p/>
    <w:p/>
    <w:p>
      <w:r>
        <w:rPr>
          <w:b/>
          <w:sz w:val="20"/>
        </w:rPr>
        <w:t>Deposit:</w:t>
      </w:r>
    </w:p>
    <w:p>
      <w:r>
        <w:rPr>
          <w:b w:val="0"/>
          <w:sz w:val="20"/>
        </w:rPr>
        <w:t>The Tenant shall pay a deposit of £________________ prior to taking occupation of the Property.</w:t>
      </w:r>
    </w:p>
    <w:p>
      <w:r>
        <w:rPr>
          <w:b w:val="0"/>
          <w:sz w:val="20"/>
        </w:rPr>
        <w:t>The deposit will be protected under a government-approved Tenancy Deposit Scheme in accordance with current legislation.</w:t>
      </w:r>
    </w:p>
    <w:p>
      <w:r>
        <w:rPr>
          <w:b w:val="0"/>
          <w:sz w:val="20"/>
        </w:rPr>
        <w:t>The deposit will be returned to the Tenant at the end of the tenancy subject to any deductions for damage, unpaid rent, or other breaches of this Agreement.</w:t>
      </w:r>
    </w:p>
    <w:p/>
    <w:p/>
    <w:p>
      <w:r>
        <w:rPr>
          <w:b/>
          <w:sz w:val="20"/>
        </w:rPr>
        <w:t>Use of Property:</w:t>
      </w:r>
    </w:p>
    <w:p>
      <w:r>
        <w:rPr>
          <w:b w:val="0"/>
          <w:sz w:val="20"/>
        </w:rPr>
        <w:t>The Tenant agrees to use the Property solely as a private residence and not to use it for any illegal or business purposes.</w:t>
      </w:r>
    </w:p>
    <w:p>
      <w:r>
        <w:rPr>
          <w:b w:val="0"/>
          <w:sz w:val="20"/>
        </w:rPr>
        <w:t>The Tenant shall not sub-let or assign the tenancy without the prior written consent of the Landlord.</w:t>
      </w:r>
    </w:p>
    <w:p/>
    <w:p/>
    <w:p>
      <w:r>
        <w:rPr>
          <w:b/>
          <w:sz w:val="20"/>
        </w:rPr>
        <w:t>Repairs and Maintenance:</w:t>
      </w:r>
    </w:p>
    <w:p>
      <w:r>
        <w:rPr>
          <w:b w:val="0"/>
          <w:sz w:val="20"/>
        </w:rPr>
        <w:t>The Landlord shall keep the structure and exterior of the Property in good repair, including installations for the supply of water, gas, electricity, sanitation, and heating.</w:t>
      </w:r>
    </w:p>
    <w:p>
      <w:r>
        <w:rPr>
          <w:b w:val="0"/>
          <w:sz w:val="20"/>
        </w:rPr>
        <w:t>The Tenant shall keep the interior of the Property in a reasonable state of cleanliness and shall immediately report any damage or defects to the Landlord.</w:t>
      </w:r>
    </w:p>
    <w:p>
      <w:r>
        <w:rPr>
          <w:b w:val="0"/>
          <w:sz w:val="20"/>
        </w:rPr>
        <w:t>The Tenant shall be responsible for the cost of any damage caused by negligence or misuse.</w:t>
      </w:r>
    </w:p>
    <w:p/>
    <w:p/>
    <w:p>
      <w:r>
        <w:rPr>
          <w:b/>
          <w:sz w:val="20"/>
        </w:rPr>
        <w:t>Access:</w:t>
      </w:r>
    </w:p>
    <w:p>
      <w:r>
        <w:rPr>
          <w:b w:val="0"/>
          <w:sz w:val="20"/>
        </w:rPr>
        <w:t>The Landlord or their agents may enter the Property to carry out repairs or inspections, provided the Tenant is given at least 24 hours' written notice, except in cases of emergency.</w:t>
      </w:r>
    </w:p>
    <w:p/>
    <w:p/>
    <w:p>
      <w:r>
        <w:rPr>
          <w:b/>
          <w:sz w:val="20"/>
        </w:rPr>
        <w:t>Utilities and Council Tax:</w:t>
      </w:r>
    </w:p>
    <w:p>
      <w:r>
        <w:rPr>
          <w:b w:val="0"/>
          <w:sz w:val="20"/>
        </w:rPr>
        <w:t>The Tenant is responsible for payment of all utilities, including gas, electricity, water, and telecommunications services supplied to the Property during the tenancy.</w:t>
      </w:r>
    </w:p>
    <w:p>
      <w:r>
        <w:rPr>
          <w:b w:val="0"/>
          <w:sz w:val="20"/>
        </w:rPr>
        <w:t>The Tenant shall be responsible for payment of Council Tax for the Property during the tenancy.</w:t>
      </w:r>
    </w:p>
    <w:p/>
    <w:p/>
    <w:p>
      <w:r>
        <w:rPr>
          <w:b/>
          <w:sz w:val="20"/>
        </w:rPr>
        <w:t>Termination:</w:t>
      </w:r>
    </w:p>
    <w:p>
      <w:r>
        <w:rPr>
          <w:b w:val="0"/>
          <w:sz w:val="20"/>
        </w:rPr>
        <w:t>Either party may terminate this tenancy by giving notice in writing in accordance with the provisions of the Housing Act 1988 and any subsequent amendments.</w:t>
      </w:r>
    </w:p>
    <w:p>
      <w:r>
        <w:rPr>
          <w:b w:val="0"/>
          <w:sz w:val="20"/>
        </w:rPr>
        <w:t>The Tenant agrees to return possession of the Property to the Landlord at the end of the tenancy in a clean and tenantable condition, subject to fair wear and tear.</w:t>
      </w:r>
    </w:p>
    <w:p/>
    <w:p/>
    <w:p>
      <w:r>
        <w:rPr>
          <w:b/>
          <w:sz w:val="20"/>
        </w:rPr>
        <w:t>Notices:</w:t>
      </w:r>
    </w:p>
    <w:p>
      <w:r>
        <w:rPr>
          <w:b w:val="0"/>
          <w:sz w:val="20"/>
        </w:rPr>
        <w:t>Any notice required to be served under this Agreement shall be in writing and shall be sufficiently served if delivered by hand or sent by prepaid post to the Landlord’s or Tenant’s respective addresses stated in this Agreement or any other address notified in writing.</w:t>
      </w:r>
    </w:p>
    <w:p/>
    <w:p/>
    <w:p>
      <w:r>
        <w:rPr>
          <w:b/>
          <w:sz w:val="20"/>
        </w:rPr>
        <w:t>Governing Law:</w:t>
      </w:r>
    </w:p>
    <w:p>
      <w:r>
        <w:rPr>
          <w:b w:val="0"/>
          <w:sz w:val="20"/>
        </w:rPr>
        <w:t>This Agreement is governed by and shall be construed in accordance with the laws of England and Wales.</w:t>
      </w:r>
    </w:p>
    <w:p/>
    <w:p/>
    <w:p>
      <w:r>
        <w:rPr>
          <w:b/>
          <w:sz w:val="20"/>
        </w:rPr>
        <w:t>Entire Agreement:</w:t>
      </w:r>
    </w:p>
    <w:p>
      <w:r>
        <w:rPr>
          <w:b w:val="0"/>
          <w:sz w:val="20"/>
        </w:rPr>
        <w:t>This document constitutes the entire agreement between the parties and supersedes all prior negotiations, understandings, and agreements.</w:t>
      </w:r>
    </w:p>
    <w:p/>
    <w:p/>
    <w:p>
      <w:r>
        <w:rPr>
          <w:b/>
          <w:sz w:val="20"/>
        </w:rPr>
        <w:t>IN WITNESS WHEREOF the parties have executed this Tenancy Agreement on the date stated beside their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Full Name: ________________________________</w:t>
              <w:br/>
              <w:t>Date: __________________</w:t>
            </w:r>
          </w:p>
        </w:tc>
        <w:tc>
          <w:tcPr>
            <w:tcW w:type="dxa" w:w="4986"/>
            <w:tcBorders>
              <w:top w:val="nil"/>
              <w:left w:val="nil"/>
              <w:bottom w:val="nil"/>
              <w:right w:val="nil"/>
              <w:insideH w:val="nil"/>
              <w:insideV w:val="nil"/>
            </w:tcBorders>
          </w:tcPr>
          <w:p>
            <w:pPr>
              <w:jc w:val="center"/>
            </w:pPr>
            <w:r>
              <w:t>Full Name: ________________________________</w:t>
              <w:br/>
              <w:t>Date: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https://legaltemplates-uk.com/simple-tenancy-agreement/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simple-tenancy-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