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NON-DISCLOSURE AGREEMENT (NDA)</w:t>
      </w:r>
    </w:p>
    <w:p/>
    <w:p/>
    <w:p>
      <w:r>
        <w:rPr>
          <w:b w:val="0"/>
          <w:sz w:val="20"/>
        </w:rPr>
        <w:t>This Non-Disclosure Agreement ("Agreement") is entered into between the undersigned parties:</w:t>
      </w:r>
    </w:p>
    <w:p/>
    <w:p>
      <w:r>
        <w:rPr>
          <w:b w:val="0"/>
          <w:sz w:val="20"/>
        </w:rPr>
        <w:t>Disclosing Party: ____________________________________________________________</w:t>
      </w:r>
    </w:p>
    <w:p>
      <w:r>
        <w:rPr>
          <w:b w:val="0"/>
          <w:sz w:val="20"/>
        </w:rPr>
        <w:t>Address: _________________________________________________________________</w:t>
      </w:r>
    </w:p>
    <w:p>
      <w:r>
        <w:rPr>
          <w:b w:val="0"/>
          <w:sz w:val="20"/>
        </w:rPr>
        <w:t>Contact: _________________________________________________________________</w:t>
      </w:r>
    </w:p>
    <w:p/>
    <w:p>
      <w:r>
        <w:rPr>
          <w:b w:val="0"/>
          <w:sz w:val="20"/>
        </w:rPr>
        <w:t>Receiving Party: ____________________________________________________________</w:t>
      </w:r>
    </w:p>
    <w:p>
      <w:r>
        <w:rPr>
          <w:b w:val="0"/>
          <w:sz w:val="20"/>
        </w:rPr>
        <w:t>Address: _________________________________________________________________</w:t>
      </w:r>
    </w:p>
    <w:p>
      <w:r>
        <w:rPr>
          <w:b w:val="0"/>
          <w:sz w:val="20"/>
        </w:rPr>
        <w:t>Contact: _________________________________________________________________</w:t>
      </w:r>
    </w:p>
    <w:p/>
    <w:p/>
    <w:p>
      <w:r>
        <w:rPr>
          <w:b/>
          <w:sz w:val="20"/>
        </w:rPr>
        <w:t>WHEREAS,</w:t>
      </w:r>
    </w:p>
    <w:p>
      <w:r>
        <w:rPr>
          <w:b w:val="0"/>
          <w:sz w:val="20"/>
        </w:rPr>
        <w:t>The Disclosing Party possesses certain confidential and proprietary information as defined below; and</w:t>
      </w:r>
    </w:p>
    <w:p>
      <w:r>
        <w:rPr>
          <w:b w:val="0"/>
          <w:sz w:val="20"/>
        </w:rPr>
        <w:t>The Receiving Party desires to receive such confidential information for the sole purpose of evaluating a potential business relationship or transaction between the parties.</w:t>
      </w:r>
    </w:p>
    <w:p/>
    <w:p/>
    <w:p>
      <w:r>
        <w:rPr>
          <w:b/>
          <w:sz w:val="20"/>
        </w:rPr>
        <w:t>1. Definition of Confidential Information</w:t>
      </w:r>
    </w:p>
    <w:p>
      <w:r>
        <w:rPr>
          <w:b w:val="0"/>
          <w:sz w:val="20"/>
        </w:rPr>
        <w:t>For the purposes of this Agreement, "Confidential Information" means all non-public information disclosed by the Disclosing Party, whether in written, oral, electronic or other form, including but not limited to business plans, strategies, forecasts, financial information, customer and supplier information, technical data, inventions, designs, trade secrets, know-how, software, and any other proprietary information designated as confidential or which ought reasonably to be understood as confidential under the circumstances.</w:t>
      </w:r>
    </w:p>
    <w:p/>
    <w:p>
      <w:r>
        <w:rPr>
          <w:b/>
          <w:sz w:val="20"/>
        </w:rPr>
        <w:t>2. Obligations of Receiving Party</w:t>
      </w:r>
    </w:p>
    <w:p>
      <w:r>
        <w:rPr>
          <w:b w:val="0"/>
          <w:sz w:val="20"/>
        </w:rPr>
        <w:t>The Receiving Party agrees to: a) Maintain the confidentiality of the Confidential Information using at least the same degree of care as it uses to protect its own confidential information, but in no case less than reasonable care; b) Use the Confidential Information solely for the Purpose defined herein; c) Not disclose Confidential Information to any third party without the Disclosing Party’s prior written consent, except to its employees, officers, affiliates, or professional advisors who have a strict need to know and are bound by confidentiality obligations no less restrictive than those herein; d) Promptly notify the Disclosing Party of any unauthorized use or disclosure of the Confidential Information.</w:t>
      </w:r>
    </w:p>
    <w:p/>
    <w:p>
      <w:r>
        <w:rPr>
          <w:b/>
          <w:sz w:val="20"/>
        </w:rPr>
        <w:t>3. Exclusions from Confidential Information</w:t>
      </w:r>
    </w:p>
    <w:p>
      <w:r>
        <w:rPr>
          <w:b w:val="0"/>
          <w:sz w:val="20"/>
        </w:rPr>
        <w:t>Confidential Information does not include information which: a) Is or becomes publicly available through no breach of this Agreement by the Receiving Party; b) Was lawfully in the Receiving Party’s possession prior to receipt from the Disclosing Party; c) Is received from a third party without breach of any obligation of confidentiality; d) Is independently developed by the Receiving Party without use of or reference to the Confidential Information; e) Is required to be disclosed by law, regulation, or court order, provided that the Receiving Party gives prompt written notice to the Disclosing Party and cooperates in any lawful effort to limit or contest such disclosure.</w:t>
      </w:r>
    </w:p>
    <w:p/>
    <w:p>
      <w:r>
        <w:rPr>
          <w:b/>
          <w:sz w:val="20"/>
        </w:rPr>
        <w:t>4. Term</w:t>
      </w:r>
    </w:p>
    <w:p>
      <w:r>
        <w:rPr>
          <w:b w:val="0"/>
          <w:sz w:val="20"/>
        </w:rPr>
        <w:t>This Agreement shall commence upon the date of signature by both parties and shall continue in effect until the Confidential Information no longer qualifies as confidential or until terminated by either party with thirty (30) days prior written notice. The obligations with respect to Confidential Information disclosed during the term shall survive termination for a period of five (5) years.</w:t>
      </w:r>
    </w:p>
    <w:p/>
    <w:p>
      <w:r>
        <w:rPr>
          <w:b/>
          <w:sz w:val="20"/>
        </w:rPr>
        <w:t>5. No License or Ownership Rights</w:t>
      </w:r>
    </w:p>
    <w:p>
      <w:r>
        <w:rPr>
          <w:b w:val="0"/>
          <w:sz w:val="20"/>
        </w:rPr>
        <w:t>Nothing in this Agreement grants the Receiving Party any license or rights under any patents, copyrights, trade secrets or other intellectual property of the Disclosing Party except as expressly set forth herein.</w:t>
      </w:r>
    </w:p>
    <w:p/>
    <w:p>
      <w:r>
        <w:rPr>
          <w:b/>
          <w:sz w:val="20"/>
        </w:rPr>
        <w:t>6. No Warranty</w:t>
      </w:r>
    </w:p>
    <w:p>
      <w:r>
        <w:rPr>
          <w:b w:val="0"/>
          <w:sz w:val="20"/>
        </w:rPr>
        <w:t>All Confidential Information is provided "as is" without any warranty, express or implied, as to its accuracy or completeness.</w:t>
      </w:r>
    </w:p>
    <w:p/>
    <w:p>
      <w:r>
        <w:rPr>
          <w:b/>
          <w:sz w:val="20"/>
        </w:rPr>
        <w:t>7. Remedies</w:t>
      </w:r>
    </w:p>
    <w:p>
      <w:r>
        <w:rPr>
          <w:b w:val="0"/>
          <w:sz w:val="20"/>
        </w:rPr>
        <w:t>The Receiving Party acknowledges that any breach or threatened breach of this Agreement will cause irreparable harm to the Disclosing Party for which monetary damages may be inadequate. Accordingly, the Disclosing Party shall be entitled to seek injunctive or equitable relief, without posting bond or proving actual damages, in addition to any other remedies available at law or equity.</w:t>
      </w:r>
    </w:p>
    <w:p/>
    <w:p>
      <w:r>
        <w:rPr>
          <w:b/>
          <w:sz w:val="20"/>
        </w:rPr>
        <w:t>8. Governing Law and Jurisdiction</w:t>
      </w:r>
    </w:p>
    <w:p>
      <w:r>
        <w:rPr>
          <w:b w:val="0"/>
          <w:sz w:val="20"/>
        </w:rPr>
        <w:t>This Agreement shall be governed by and construed in accordance with the laws of England and Wales. The parties irrevocably agree to submit to the exclusive jurisdiction of the courts of England and Wales for any dispute arising out of or in connection with this Agreement.</w:t>
      </w:r>
    </w:p>
    <w:p/>
    <w:p>
      <w:r>
        <w:rPr>
          <w:b/>
          <w:sz w:val="20"/>
        </w:rPr>
        <w:t>9. Entire Agreement</w:t>
      </w:r>
    </w:p>
    <w:p>
      <w:r>
        <w:rPr>
          <w:b w:val="0"/>
          <w:sz w:val="20"/>
        </w:rPr>
        <w:t>This Agreement constitutes the entire agreement between the parties relating to the subject matter hereof and supersedes all prior or contemporaneous oral or written agreements concerning such subject matter.</w:t>
      </w:r>
    </w:p>
    <w:p/>
    <w:p>
      <w:r>
        <w:rPr>
          <w:b/>
          <w:sz w:val="20"/>
        </w:rPr>
        <w:t>10. Amendments</w:t>
      </w:r>
    </w:p>
    <w:p>
      <w:r>
        <w:rPr>
          <w:b w:val="0"/>
          <w:sz w:val="20"/>
        </w:rPr>
        <w:t>No amendment or modification of this Agreement shall be valid or binding unless made in writing and signed by authorized representatives of both parties.</w:t>
      </w:r>
    </w:p>
    <w:p/>
    <w:p>
      <w:r>
        <w:rPr>
          <w:b/>
          <w:sz w:val="20"/>
        </w:rPr>
        <w:t>11. Severability</w:t>
      </w:r>
    </w:p>
    <w:p>
      <w:r>
        <w:rPr>
          <w:b w:val="0"/>
          <w:sz w:val="20"/>
        </w:rPr>
        <w:t>If any provision of this Agreement is held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https://legaltemplates-uk.com/simple-non-disclosure-agreement/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simple-non-disclosure-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