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SCHEDULE CHANGE OF WORKING HOURS LETTER</w:t>
      </w:r>
    </w:p>
    <w:p/>
    <w:p/>
    <w:p>
      <w:r>
        <w:rPr>
          <w:b/>
          <w:sz w:val="20"/>
        </w:rPr>
        <w:t>To:</w:t>
      </w:r>
    </w:p>
    <w:p>
      <w:r>
        <w:rPr>
          <w:b w:val="0"/>
          <w:sz w:val="20"/>
        </w:rPr>
        <w:t>Human Resources Department</w:t>
      </w:r>
    </w:p>
    <w:p>
      <w:r>
        <w:rPr>
          <w:b w:val="0"/>
          <w:sz w:val="20"/>
        </w:rPr>
        <w:t>Company Name</w:t>
      </w:r>
    </w:p>
    <w:p>
      <w:r>
        <w:rPr>
          <w:b w:val="0"/>
          <w:sz w:val="20"/>
        </w:rPr>
        <w:t>Company Address Line 1</w:t>
      </w:r>
    </w:p>
    <w:p>
      <w:r>
        <w:rPr>
          <w:b w:val="0"/>
          <w:sz w:val="20"/>
        </w:rPr>
        <w:t>Company Address Line 2</w:t>
      </w:r>
    </w:p>
    <w:p>
      <w:r>
        <w:rPr>
          <w:b w:val="0"/>
          <w:sz w:val="20"/>
        </w:rPr>
        <w:t>City, Postcode</w:t>
      </w:r>
    </w:p>
    <w:p/>
    <w:p/>
    <w:p>
      <w:r>
        <w:rPr>
          <w:b/>
          <w:sz w:val="20"/>
        </w:rPr>
        <w:t>From:</w:t>
      </w:r>
    </w:p>
    <w:p>
      <w:r>
        <w:rPr>
          <w:b w:val="0"/>
          <w:sz w:val="20"/>
        </w:rPr>
        <w:t>Employee Name: __________________________________________________</w:t>
      </w:r>
    </w:p>
    <w:p>
      <w:r>
        <w:rPr>
          <w:b w:val="0"/>
          <w:sz w:val="20"/>
        </w:rPr>
        <w:t>Job Title: ______________________________________________________</w:t>
      </w:r>
    </w:p>
    <w:p>
      <w:r>
        <w:rPr>
          <w:b w:val="0"/>
          <w:sz w:val="20"/>
        </w:rPr>
        <w:t>Department: _____________________________________________________</w:t>
      </w:r>
    </w:p>
    <w:p>
      <w:r>
        <w:rPr>
          <w:b w:val="0"/>
          <w:sz w:val="20"/>
        </w:rPr>
        <w:t>Employee ID (if applicable): _____________________________________</w:t>
      </w:r>
    </w:p>
    <w:p>
      <w:r>
        <w:rPr>
          <w:b w:val="0"/>
          <w:sz w:val="20"/>
        </w:rPr>
        <w:t>Contact Number: _________________________________________________</w:t>
      </w:r>
    </w:p>
    <w:p>
      <w:r>
        <w:rPr>
          <w:b w:val="0"/>
          <w:sz w:val="20"/>
        </w:rPr>
        <w:t>Email Address: ___________________________________________________</w:t>
      </w:r>
    </w:p>
    <w:p/>
    <w:p/>
    <w:p>
      <w:r>
        <w:rPr>
          <w:b/>
          <w:sz w:val="20"/>
        </w:rPr>
        <w:t>Subject: Notification of Change to Working Hours</w:t>
      </w:r>
    </w:p>
    <w:p/>
    <w:p/>
    <w:p>
      <w:r>
        <w:rPr>
          <w:b w:val="0"/>
          <w:sz w:val="20"/>
        </w:rPr>
        <w:t>Dear Sir or Madam,</w:t>
      </w:r>
    </w:p>
    <w:p/>
    <w:p>
      <w:r>
        <w:rPr>
          <w:b w:val="0"/>
          <w:sz w:val="20"/>
        </w:rPr>
        <w:t>I am writing to formally notify you of a proposed change to my working hours as per my employment agreement and in accordance with applicable UK employment laws and company policies. This notification is provided to ensure transparency and to facilitate any necessary adjustments within the team and operational planning.</w:t>
      </w:r>
    </w:p>
    <w:p/>
    <w:p/>
    <w:p>
      <w:r>
        <w:rPr>
          <w:b/>
          <w:sz w:val="20"/>
        </w:rPr>
        <w:t>Current Working Hours:</w:t>
      </w:r>
    </w:p>
    <w:p>
      <w:r>
        <w:rPr>
          <w:b w:val="0"/>
          <w:sz w:val="20"/>
        </w:rPr>
        <w:t>• Days of Work: _________________________________________________</w:t>
      </w:r>
    </w:p>
    <w:p>
      <w:r>
        <w:rPr>
          <w:b w:val="0"/>
          <w:sz w:val="20"/>
        </w:rPr>
        <w:t>• Start Time: _________________________________________________</w:t>
      </w:r>
    </w:p>
    <w:p>
      <w:r>
        <w:rPr>
          <w:b w:val="0"/>
          <w:sz w:val="20"/>
        </w:rPr>
        <w:t>• Finish Time: ________________________________________________</w:t>
      </w:r>
    </w:p>
    <w:p>
      <w:r>
        <w:rPr>
          <w:b w:val="0"/>
          <w:sz w:val="20"/>
        </w:rPr>
        <w:t>• Total Hours Per Week: _______________________________________</w:t>
      </w:r>
    </w:p>
    <w:p/>
    <w:p/>
    <w:p>
      <w:r>
        <w:rPr>
          <w:b/>
          <w:sz w:val="20"/>
        </w:rPr>
        <w:t>Proposed Working Hours:</w:t>
      </w:r>
    </w:p>
    <w:p>
      <w:r>
        <w:rPr>
          <w:b w:val="0"/>
          <w:sz w:val="20"/>
        </w:rPr>
        <w:t>• Days of Work: _________________________________________________</w:t>
      </w:r>
    </w:p>
    <w:p>
      <w:r>
        <w:rPr>
          <w:b w:val="0"/>
          <w:sz w:val="20"/>
        </w:rPr>
        <w:t>• Start Time: _________________________________________________</w:t>
      </w:r>
    </w:p>
    <w:p>
      <w:r>
        <w:rPr>
          <w:b w:val="0"/>
          <w:sz w:val="20"/>
        </w:rPr>
        <w:t>• Finish Time: ________________________________________________</w:t>
      </w:r>
    </w:p>
    <w:p>
      <w:r>
        <w:rPr>
          <w:b w:val="0"/>
          <w:sz w:val="20"/>
        </w:rPr>
        <w:t>• Total Hours Per Week: _______________________________________</w:t>
      </w:r>
    </w:p>
    <w:p/>
    <w:p/>
    <w:p>
      <w:r>
        <w:rPr>
          <w:b/>
          <w:sz w:val="20"/>
        </w:rPr>
        <w:t>Reason for Change:</w:t>
      </w:r>
    </w:p>
    <w:p>
      <w:r>
        <w:rPr>
          <w:b w:val="0"/>
          <w:sz w:val="20"/>
        </w:rPr>
        <w:t>__________________________________________________________________</w:t>
      </w:r>
    </w:p>
    <w:p>
      <w:r>
        <w:rPr>
          <w:b w:val="0"/>
          <w:sz w:val="20"/>
        </w:rPr>
        <w:t>__________________________________________________________________</w:t>
      </w:r>
    </w:p>
    <w:p>
      <w:r>
        <w:rPr>
          <w:b w:val="0"/>
          <w:sz w:val="20"/>
        </w:rPr>
        <w:t>__________________________________________________________________</w:t>
      </w:r>
    </w:p>
    <w:p/>
    <w:p/>
    <w:p>
      <w:r>
        <w:rPr>
          <w:b w:val="0"/>
          <w:sz w:val="20"/>
        </w:rPr>
        <w:t>Please note that this proposed change complies with the provisions set forth in my employment contract and the Working Time Regulations 1998 (as amended). I understand that any change is subject to consultation and agreement to ensure mutual benefit and compliance with statutory rights.</w:t>
      </w:r>
    </w:p>
    <w:p/>
    <w:p/>
    <w:p>
      <w:r>
        <w:rPr>
          <w:b/>
          <w:sz w:val="20"/>
        </w:rPr>
        <w:t>Impact and Adjustments:</w:t>
      </w:r>
    </w:p>
    <w:p>
      <w:r>
        <w:rPr>
          <w:b w:val="0"/>
          <w:sz w:val="20"/>
        </w:rPr>
        <w:t>I am willing to discuss any necessary adjustments or arrangements to facilitate this change, including but not limited to workload distribution, team collaboration, and any training or support required to ensure a smooth transition.</w:t>
      </w:r>
    </w:p>
    <w:p/>
    <w:p/>
    <w:p>
      <w:r>
        <w:rPr>
          <w:b w:val="0"/>
          <w:sz w:val="20"/>
        </w:rPr>
        <w:t>I kindly request confirmation of receipt of this notification and an indication of the next steps regarding consultation or approval. I look forward to working collaboratively to implement this change effectively.</w:t>
      </w:r>
    </w:p>
    <w:p/>
    <w:p/>
    <w:p>
      <w:r>
        <w:rPr>
          <w:b w:val="0"/>
          <w:sz w:val="20"/>
        </w:rPr>
        <w:t>Yours faithfully,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____________________________</w:t>
            </w:r>
          </w:p>
        </w:tc>
        <w:tc>
          <w:tcPr>
            <w:tcW w:type="dxa" w:w="4986"/>
            <w:tcBorders>
              <w:top w:val="nil"/>
              <w:left w:val="nil"/>
              <w:bottom w:val="nil"/>
              <w:right w:val="nil"/>
              <w:insideH w:val="nil"/>
              <w:insideV w:val="nil"/>
            </w:tcBorders>
          </w:tcPr>
          <w:p>
            <w:pPr>
              <w:jc w:val="center"/>
            </w:pPr>
            <w:r>
              <w:br/>
              <w:br/>
              <w:t>Date: _________________________________</w:t>
            </w:r>
          </w:p>
        </w:tc>
      </w:tr>
      <w:tr>
        <w:tc>
          <w:tcPr>
            <w:tcW w:type="dxa" w:w="4986"/>
            <w:tcBorders>
              <w:top w:val="nil"/>
              <w:left w:val="nil"/>
              <w:bottom w:val="nil"/>
              <w:right w:val="nil"/>
              <w:insideH w:val="nil"/>
              <w:insideV w:val="nil"/>
            </w:tcBorders>
          </w:tcPr>
          <w:p>
            <w:pPr>
              <w:jc w:val="center"/>
            </w:pPr>
            <w:r>
              <w:t>Print Name: ___________________________</w:t>
            </w:r>
          </w:p>
        </w:tc>
        <w:tc>
          <w:tcPr>
            <w:tcW w:type="dxa" w:w="4986"/>
            <w:tcBorders>
              <w:top w:val="nil"/>
              <w:left w:val="nil"/>
              <w:bottom w:val="nil"/>
              <w:right w:val="nil"/>
              <w:insideH w:val="nil"/>
              <w:insideV w:val="nil"/>
            </w:tcBorders>
          </w:tcPr>
          <w:p>
            <w:pPr>
              <w:jc w:val="center"/>
            </w:pPr>
            <w:r/>
          </w:p>
        </w:tc>
      </w:tr>
    </w:tbl>
    <w:p/>
    <w:p/>
    <w:p/>
    <w:p>
      <w:r>
        <w:rPr>
          <w:b/>
          <w:sz w:val="20"/>
        </w:rPr>
        <w:t>HR Department Use Only:</w:t>
      </w:r>
    </w:p>
    <w:p>
      <w:r>
        <w:rPr>
          <w:b w:val="0"/>
          <w:sz w:val="20"/>
        </w:rPr>
        <w:t>Received by: _________________________________________________</w:t>
      </w:r>
    </w:p>
    <w:p>
      <w:r>
        <w:rPr>
          <w:b w:val="0"/>
          <w:sz w:val="20"/>
        </w:rPr>
        <w:t>Position: ____________________________________________________</w:t>
      </w:r>
    </w:p>
    <w:p>
      <w:r>
        <w:rPr>
          <w:b w:val="0"/>
          <w:sz w:val="20"/>
        </w:rPr>
        <w:t>Date Received: _______________________________________________</w:t>
      </w:r>
    </w:p>
    <w:p>
      <w:r>
        <w:rPr>
          <w:b w:val="0"/>
          <w:sz w:val="20"/>
        </w:rPr>
        <w:t>Comments: ___________________________________________________</w:t>
      </w:r>
    </w:p>
    <w:p>
      <w:r>
        <w:rPr>
          <w:b w:val="0"/>
          <w:sz w:val="20"/>
        </w:rPr>
        <w:t>_____________________________________________________________</w:t>
      </w:r>
    </w:p>
    <w:p>
      <w:r>
        <w:rPr>
          <w:b w:val="0"/>
          <w:sz w:val="20"/>
        </w:rPr>
        <w:t>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HR Officer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____________________________</w:t>
            </w:r>
          </w:p>
        </w:tc>
        <w:tc>
          <w:tcPr>
            <w:tcW w:type="dxa" w:w="4986"/>
            <w:tcBorders>
              <w:top w:val="nil"/>
              <w:left w:val="nil"/>
              <w:bottom w:val="nil"/>
              <w:right w:val="nil"/>
              <w:insideH w:val="nil"/>
              <w:insideV w:val="nil"/>
            </w:tcBorders>
          </w:tcPr>
          <w:p>
            <w:pPr>
              <w:jc w:val="center"/>
            </w:pPr>
            <w:r>
              <w:br/>
              <w:br/>
              <w:t>Date: _________________________________</w:t>
            </w:r>
          </w:p>
        </w:tc>
      </w:tr>
      <w:tr>
        <w:tc>
          <w:tcPr>
            <w:tcW w:type="dxa" w:w="4986"/>
            <w:tcBorders>
              <w:top w:val="nil"/>
              <w:left w:val="nil"/>
              <w:bottom w:val="nil"/>
              <w:right w:val="nil"/>
              <w:insideH w:val="nil"/>
              <w:insideV w:val="nil"/>
            </w:tcBorders>
          </w:tcPr>
          <w:p>
            <w:pPr>
              <w:jc w:val="center"/>
            </w:pPr>
            <w:r>
              <w:t>Print Name: ___________________________</w:t>
            </w:r>
          </w:p>
        </w:tc>
        <w:tc>
          <w:tcPr>
            <w:tcW w:type="dxa" w:w="4986"/>
            <w:tcBorders>
              <w:top w:val="nil"/>
              <w:left w:val="nil"/>
              <w:bottom w:val="nil"/>
              <w:right w:val="nil"/>
              <w:insideH w:val="nil"/>
              <w:insideV w:val="nil"/>
            </w:tcBorders>
          </w:tcPr>
          <w:p>
            <w:pPr>
              <w:jc w:val="center"/>
            </w:pPr>
            <w:r/>
          </w:p>
        </w:tc>
      </w:tr>
    </w:tbl>
    <w:p/>
    <w:p/>
    <w:p>
      <w:r>
        <w:rPr>
          <w:b/>
          <w:sz w:val="20"/>
        </w:rPr>
        <w:t>Legal Notice:</w:t>
      </w:r>
    </w:p>
    <w:p>
      <w:r>
        <w:rPr>
          <w:b w:val="0"/>
          <w:sz w:val="20"/>
        </w:rPr>
        <w:t>This letter serves as a formal notification of the proposed change in working hours. It does not constitute a variation of contract without mutual agreement. All changes shall comply with the Employment Rights Act 1996 and related UK employment legislation. Both parties are encouraged to maintain open communication to ensure lawful and fair treatment in all employment matters.</w:t>
      </w:r>
    </w:p>
    <w:p/>
    <w:p/>
    <w:p>
      <w:r>
        <w:br w:type="page"/>
      </w:r>
    </w:p>
    <w:p>
      <w:pPr>
        <w:jc w:val="center"/>
      </w:pPr>
      <w:r>
        <w:rPr>
          <w:color w:val="555555"/>
          <w:sz w:val="24"/>
        </w:rPr>
        <w:t>Original source of this document:</w:t>
      </w:r>
    </w:p>
    <w:p>
      <w:pPr>
        <w:jc w:val="center"/>
      </w:pPr>
      <w:hyperlink r:id="rId9">
        <w:r>
          <w:rPr>
            <w:color w:val="0000FF"/>
            <w:u w:val="single"/>
          </w:rPr>
          <w:t>https://legaltemplates-uk.com/schedule-change-of-working-hours-letter/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schedule-change-of-working-hours-letter/"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