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QUOTE FORM</w:t>
      </w:r>
    </w:p>
    <w:p/>
    <w:p/>
    <w:p>
      <w:r>
        <w:rPr>
          <w:b/>
          <w:sz w:val="22"/>
        </w:rPr>
        <w:t>Company Information:</w:t>
      </w:r>
    </w:p>
    <w:p>
      <w:r>
        <w:rPr>
          <w:b w:val="0"/>
          <w:sz w:val="20"/>
        </w:rPr>
        <w:t>Company Name: _________________________________________________________</w:t>
      </w:r>
    </w:p>
    <w:p>
      <w:r>
        <w:rPr>
          <w:b w:val="0"/>
          <w:sz w:val="20"/>
        </w:rPr>
        <w:t>Trading Address: ______________________________________________________</w:t>
      </w:r>
    </w:p>
    <w:p>
      <w:r>
        <w:rPr>
          <w:b w:val="0"/>
          <w:sz w:val="20"/>
        </w:rPr>
        <w:t>Registered Office: _____________________________________________________</w:t>
      </w:r>
    </w:p>
    <w:p>
      <w:r>
        <w:rPr>
          <w:b w:val="0"/>
          <w:sz w:val="20"/>
        </w:rPr>
        <w:t>Company Registration Number: ___________________________________________</w:t>
      </w:r>
    </w:p>
    <w:p>
      <w:r>
        <w:rPr>
          <w:b w:val="0"/>
          <w:sz w:val="20"/>
        </w:rPr>
        <w:t>VAT Number: ___________________________________________________________</w:t>
      </w:r>
    </w:p>
    <w:p>
      <w:r>
        <w:rPr>
          <w:b w:val="0"/>
          <w:sz w:val="20"/>
        </w:rPr>
        <w:t>Contact Person: 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2"/>
        </w:rPr>
        <w:t>Client Information:</w:t>
      </w:r>
    </w:p>
    <w:p>
      <w:r>
        <w:rPr>
          <w:b w:val="0"/>
          <w:sz w:val="20"/>
        </w:rPr>
        <w:t>Client Name: ___________________________________________________________</w:t>
      </w:r>
    </w:p>
    <w:p>
      <w:r>
        <w:rPr>
          <w:b w:val="0"/>
          <w:sz w:val="20"/>
        </w:rPr>
        <w:t>Company Name (if applicable): 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Contact Person: 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/>
    <w:p>
      <w:r>
        <w:rPr>
          <w:b/>
          <w:sz w:val="22"/>
        </w:rPr>
        <w:t>Quote Details: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1662"/>
          </w:tcPr>
          <w:p>
            <w:r>
              <w:t>Item No.</w:t>
            </w:r>
          </w:p>
        </w:tc>
        <w:tc>
          <w:tcPr>
            <w:tcW w:type="dxa" w:w="1662"/>
          </w:tcPr>
          <w:p>
            <w:r>
              <w:t>Description of Goods/Services</w:t>
            </w:r>
          </w:p>
        </w:tc>
        <w:tc>
          <w:tcPr>
            <w:tcW w:type="dxa" w:w="1662"/>
          </w:tcPr>
          <w:p>
            <w:r>
              <w:t>Quantity</w:t>
            </w:r>
          </w:p>
        </w:tc>
        <w:tc>
          <w:tcPr>
            <w:tcW w:type="dxa" w:w="1662"/>
          </w:tcPr>
          <w:p>
            <w:r>
              <w:t>Unit Price (£)</w:t>
            </w:r>
          </w:p>
        </w:tc>
        <w:tc>
          <w:tcPr>
            <w:tcW w:type="dxa" w:w="1662"/>
          </w:tcPr>
          <w:p>
            <w:r>
              <w:t>VAT Rate (%)</w:t>
            </w:r>
          </w:p>
        </w:tc>
        <w:tc>
          <w:tcPr>
            <w:tcW w:type="dxa" w:w="1662"/>
          </w:tcPr>
          <w:p>
            <w:r>
              <w:t>Total Price (£)</w:t>
            </w:r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</w:tbl>
    <w:p/>
    <w:p/>
    <w:p>
      <w:r>
        <w:rPr>
          <w:b/>
          <w:sz w:val="20"/>
        </w:rPr>
        <w:t>Subtotal (£): __________________________________________________________</w:t>
      </w:r>
    </w:p>
    <w:p>
      <w:r>
        <w:rPr>
          <w:b/>
          <w:sz w:val="20"/>
        </w:rPr>
        <w:t>VAT Amount (£): ________________________________________________________</w:t>
      </w:r>
    </w:p>
    <w:p>
      <w:r>
        <w:rPr>
          <w:b/>
          <w:sz w:val="20"/>
        </w:rPr>
        <w:t>Total Amount (£): ______________________________________________________</w:t>
      </w:r>
    </w:p>
    <w:p/>
    <w:p/>
    <w:p>
      <w:r>
        <w:rPr>
          <w:b/>
          <w:sz w:val="22"/>
        </w:rPr>
        <w:t>Payment Terms:</w:t>
      </w:r>
    </w:p>
    <w:p>
      <w:r>
        <w:rPr>
          <w:b w:val="0"/>
          <w:sz w:val="20"/>
        </w:rPr>
        <w:t>Payment Method: ________________________________________________________</w:t>
      </w:r>
    </w:p>
    <w:p>
      <w:r>
        <w:rPr>
          <w:b w:val="0"/>
          <w:sz w:val="20"/>
        </w:rPr>
        <w:t>Payment Due Date: ______________________________________________________</w:t>
      </w:r>
    </w:p>
    <w:p>
      <w:r>
        <w:rPr>
          <w:b w:val="0"/>
          <w:sz w:val="20"/>
        </w:rPr>
        <w:t>Late Payment: Interest shall be charged on any overdue amounts at the rate of 8% per annum above the Bank of England base rate, calculated daily and compounded monthly, until payment is received in full.</w:t>
      </w:r>
    </w:p>
    <w:p/>
    <w:p>
      <w:r>
        <w:rPr>
          <w:b/>
          <w:sz w:val="22"/>
        </w:rPr>
        <w:t>Delivery Terms:</w:t>
      </w:r>
    </w:p>
    <w:p>
      <w:r>
        <w:rPr>
          <w:b w:val="0"/>
          <w:sz w:val="20"/>
        </w:rPr>
        <w:t>Delivery Method: ________________________________________________________</w:t>
      </w:r>
    </w:p>
    <w:p>
      <w:r>
        <w:rPr>
          <w:b w:val="0"/>
          <w:sz w:val="20"/>
        </w:rPr>
        <w:t>Delivery Address: ______________________________________________________</w:t>
      </w:r>
    </w:p>
    <w:p>
      <w:r>
        <w:rPr>
          <w:b w:val="0"/>
          <w:sz w:val="20"/>
        </w:rPr>
        <w:t>Estimated Delivery Date: ________________________________________________</w:t>
      </w:r>
    </w:p>
    <w:p>
      <w:r>
        <w:rPr>
          <w:b w:val="0"/>
          <w:sz w:val="20"/>
        </w:rPr>
        <w:t>Risk of loss or damage shall pass to the client upon delivery to the stated address.</w:t>
      </w:r>
    </w:p>
    <w:p/>
    <w:p>
      <w:r>
        <w:rPr>
          <w:b/>
          <w:sz w:val="22"/>
        </w:rPr>
        <w:t>Quote Validity:</w:t>
      </w:r>
    </w:p>
    <w:p>
      <w:r>
        <w:rPr>
          <w:b w:val="0"/>
          <w:sz w:val="20"/>
        </w:rPr>
        <w:t>This quote is valid for a period of 30 days from the date of issue.</w:t>
      </w:r>
    </w:p>
    <w:p/>
    <w:p>
      <w:r>
        <w:rPr>
          <w:b/>
          <w:sz w:val="22"/>
        </w:rPr>
        <w:t>Terms and Conditions:</w:t>
      </w:r>
    </w:p>
    <w:p>
      <w:r>
        <w:rPr>
          <w:b/>
          <w:sz w:val="20"/>
        </w:rPr>
        <w:t>1. Acceptance of Quote:</w:t>
      </w:r>
    </w:p>
    <w:p>
      <w:r>
        <w:rPr>
          <w:b w:val="0"/>
          <w:sz w:val="20"/>
        </w:rPr>
        <w:t xml:space="preserve">     Acceptance of this quote constitutes a legally binding agreement between the Company and the Client under the laws of England and Wales.</w:t>
      </w:r>
    </w:p>
    <w:p>
      <w:r>
        <w:rPr>
          <w:b/>
          <w:sz w:val="20"/>
        </w:rPr>
        <w:t>2. Prices:</w:t>
      </w:r>
    </w:p>
    <w:p>
      <w:r>
        <w:rPr>
          <w:b w:val="0"/>
          <w:sz w:val="20"/>
        </w:rPr>
        <w:t xml:space="preserve">     All prices are exclusive of VAT unless otherwise stated and are subject to change in the event of changes beyond the Company's control.</w:t>
      </w:r>
    </w:p>
    <w:p>
      <w:r>
        <w:rPr>
          <w:b/>
          <w:sz w:val="20"/>
        </w:rPr>
        <w:t>3. Delivery:</w:t>
      </w:r>
    </w:p>
    <w:p>
      <w:r>
        <w:rPr>
          <w:b w:val="0"/>
          <w:sz w:val="20"/>
        </w:rPr>
        <w:t xml:space="preserve">     Delivery dates are estimates only and the Company shall not be liable for any delays beyond its reasonable control.</w:t>
      </w:r>
    </w:p>
    <w:p>
      <w:r>
        <w:rPr>
          <w:b/>
          <w:sz w:val="20"/>
        </w:rPr>
        <w:t>4. Warranty:</w:t>
      </w:r>
    </w:p>
    <w:p>
      <w:r>
        <w:rPr>
          <w:b w:val="0"/>
          <w:sz w:val="20"/>
        </w:rPr>
        <w:t xml:space="preserve">     The Company warrants that goods supplied will be free from defects in material and workmanship for a period of 12 months from delivery, subject to proper use and maintenance.</w:t>
      </w:r>
    </w:p>
    <w:p>
      <w:r>
        <w:rPr>
          <w:b/>
          <w:sz w:val="20"/>
        </w:rPr>
        <w:t>5. Liability:</w:t>
      </w:r>
    </w:p>
    <w:p>
      <w:r>
        <w:rPr>
          <w:b w:val="0"/>
          <w:sz w:val="20"/>
        </w:rPr>
        <w:t xml:space="preserve">     The Company's liability shall be limited to the value of the goods or services supplied. The Company shall not be liable for any indirect or consequential losses.</w:t>
      </w:r>
    </w:p>
    <w:p>
      <w:r>
        <w:rPr>
          <w:b/>
          <w:sz w:val="20"/>
        </w:rPr>
        <w:t>6. Cancellation and Returns:</w:t>
      </w:r>
    </w:p>
    <w:p>
      <w:r>
        <w:rPr>
          <w:b w:val="0"/>
          <w:sz w:val="20"/>
        </w:rPr>
        <w:t xml:space="preserve">     Cancellation of orders or returns must be agreed in writing. Custom or bespoke items may not be eligible for cancellation or return.</w:t>
      </w:r>
    </w:p>
    <w:p>
      <w:r>
        <w:rPr>
          <w:b/>
          <w:sz w:val="20"/>
        </w:rPr>
        <w:t>7. Governing Law and Jurisdiction:</w:t>
      </w:r>
    </w:p>
    <w:p>
      <w:r>
        <w:rPr>
          <w:b w:val="0"/>
          <w:sz w:val="20"/>
        </w:rPr>
        <w:t xml:space="preserve">     This agreement shall be governed by and construed in accordance with the laws of England and Wales, and the parties submit to the exclusive jurisdiction of the English courts.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FOR THE COMPANY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FOR THE CLIENT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Position: 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&amp; Position: 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https://legaltemplates-uk.com/quote-form/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https://legaltemplates-uk.com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legaltemplates-uk.com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uk.com/quote-form/" TargetMode="External"/><Relationship Id="rId10" Type="http://schemas.openxmlformats.org/officeDocument/2006/relationships/hyperlink" Target="https://legaltemplates-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