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PROPOSAL LETTER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Company Name: _________________________________________________</w:t>
      </w:r>
    </w:p>
    <w:p>
      <w:r>
        <w:rPr>
          <w:b w:val="0"/>
          <w:sz w:val="20"/>
        </w:rPr>
        <w:t>Address: ______________________________________________________</w:t>
      </w:r>
    </w:p>
    <w:p>
      <w:r>
        <w:rPr>
          <w:b w:val="0"/>
          <w:sz w:val="20"/>
        </w:rPr>
        <w:t>Phone: ________________________________________________________</w:t>
      </w:r>
    </w:p>
    <w:p>
      <w:r>
        <w:rPr>
          <w:b w:val="0"/>
          <w:sz w:val="20"/>
        </w:rPr>
        <w:t>Email: 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Name / Company: _______________________________________________</w:t>
      </w:r>
    </w:p>
    <w:p>
      <w:r>
        <w:rPr>
          <w:b w:val="0"/>
          <w:sz w:val="20"/>
        </w:rPr>
        <w:t>Address: ______________________________________________________</w:t>
      </w:r>
    </w:p>
    <w:p>
      <w:r>
        <w:rPr>
          <w:b w:val="0"/>
          <w:sz w:val="20"/>
        </w:rPr>
        <w:t>Phone: ________________________________________________________</w:t>
      </w:r>
    </w:p>
    <w:p>
      <w:r>
        <w:rPr>
          <w:b w:val="0"/>
          <w:sz w:val="20"/>
        </w:rPr>
        <w:t>Email: ________________________________________________________</w:t>
      </w:r>
    </w:p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Proposal for [Insert brief description of goods/services]</w:t>
      </w:r>
    </w:p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We are pleased to present our detailed proposal for the provision of the goods/services described herein. Our proposal outlines the scope, pricing, terms, and conditions that will govern the contractual relationship between our respective parties.</w:t>
      </w:r>
    </w:p>
    <w:p/>
    <w:p>
      <w:r>
        <w:rPr>
          <w:b/>
          <w:sz w:val="20"/>
        </w:rPr>
        <w:t>1. Scope of Services/Goods</w:t>
      </w:r>
    </w:p>
    <w:p>
      <w:r>
        <w:rPr>
          <w:b w:val="0"/>
          <w:sz w:val="20"/>
        </w:rPr>
        <w:t>We propose to deliver the following goods and/or services as per your requirements: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/>
          <w:sz w:val="20"/>
        </w:rPr>
        <w:t>2. Pricing and Payment Terms</w:t>
      </w:r>
    </w:p>
    <w:p>
      <w:r>
        <w:rPr>
          <w:b w:val="0"/>
          <w:sz w:val="20"/>
        </w:rPr>
        <w:t>The total price for the goods/services outlined above is: £________________________</w:t>
      </w:r>
    </w:p>
    <w:p>
      <w:r>
        <w:rPr>
          <w:b w:val="0"/>
          <w:sz w:val="20"/>
        </w:rPr>
        <w:t>Payment shall be made under the following terms:</w:t>
      </w:r>
    </w:p>
    <w:p>
      <w:r>
        <w:rPr>
          <w:b w:val="0"/>
          <w:sz w:val="20"/>
        </w:rPr>
        <w:t>- Payment Method: ________________________________________________</w:t>
      </w:r>
    </w:p>
    <w:p>
      <w:r>
        <w:rPr>
          <w:b w:val="0"/>
          <w:sz w:val="20"/>
        </w:rPr>
        <w:t>- Payment Schedule: ______________________________________________</w:t>
      </w:r>
    </w:p>
    <w:p>
      <w:r>
        <w:rPr>
          <w:b w:val="0"/>
          <w:sz w:val="20"/>
        </w:rPr>
        <w:t>- Any applicable taxes, duties, or additional fees are not included unless explicitly stated.</w:t>
      </w:r>
    </w:p>
    <w:p/>
    <w:p>
      <w:r>
        <w:rPr>
          <w:b/>
          <w:sz w:val="20"/>
        </w:rPr>
        <w:t>3. Delivery and Performance</w:t>
      </w:r>
    </w:p>
    <w:p>
      <w:r>
        <w:rPr>
          <w:b w:val="0"/>
          <w:sz w:val="20"/>
        </w:rPr>
        <w:t>Delivery of goods and/or commencement of services shall be undertaken as follows:</w:t>
      </w:r>
    </w:p>
    <w:p>
      <w:r>
        <w:rPr>
          <w:b w:val="0"/>
          <w:sz w:val="20"/>
        </w:rPr>
        <w:t>- Delivery Location: ______________________________________________</w:t>
      </w:r>
    </w:p>
    <w:p>
      <w:r>
        <w:rPr>
          <w:b w:val="0"/>
          <w:sz w:val="20"/>
        </w:rPr>
        <w:t>- Estimated Delivery/Completion Date: ___________________________</w:t>
      </w:r>
    </w:p>
    <w:p>
      <w:r>
        <w:rPr>
          <w:b w:val="0"/>
          <w:sz w:val="20"/>
        </w:rPr>
        <w:t>- Any delays shall be communicated promptly, and reasonable allowances shall be made.</w:t>
      </w:r>
    </w:p>
    <w:p/>
    <w:p>
      <w:r>
        <w:rPr>
          <w:b/>
          <w:sz w:val="20"/>
        </w:rPr>
        <w:t>4. Validity of Proposal</w:t>
      </w:r>
    </w:p>
    <w:p>
      <w:r>
        <w:rPr>
          <w:b w:val="0"/>
          <w:sz w:val="20"/>
        </w:rPr>
        <w:t>This proposal is valid for a period of 30 calendar days from the date of receipt, after which it may be subject to revision or withdrawal.</w:t>
      </w:r>
    </w:p>
    <w:p/>
    <w:p>
      <w:r>
        <w:rPr>
          <w:b/>
          <w:sz w:val="20"/>
        </w:rPr>
        <w:t>5. Terms and Conditions</w:t>
      </w:r>
    </w:p>
    <w:p>
      <w:r>
        <w:rPr>
          <w:b w:val="0"/>
          <w:sz w:val="20"/>
        </w:rPr>
        <w:t>The following terms and conditions shall apply to any contract arising from this proposal:</w:t>
      </w:r>
    </w:p>
    <w:p>
      <w:r>
        <w:rPr>
          <w:b w:val="0"/>
          <w:sz w:val="20"/>
        </w:rPr>
        <w:t>- The proposal constitutes an offer and is subject to acceptance by the recipient.</w:t>
      </w:r>
    </w:p>
    <w:p>
      <w:r>
        <w:rPr>
          <w:b w:val="0"/>
          <w:sz w:val="20"/>
        </w:rPr>
        <w:t>- Upon acceptance, a formal contract will be executed incorporating this proposal and any additional agreed terms.</w:t>
      </w:r>
    </w:p>
    <w:p>
      <w:r>
        <w:rPr>
          <w:b w:val="0"/>
          <w:sz w:val="20"/>
        </w:rPr>
        <w:t>- Both parties shall comply with all applicable UK laws and regulations.</w:t>
      </w:r>
    </w:p>
    <w:p>
      <w:r>
        <w:rPr>
          <w:b w:val="0"/>
          <w:sz w:val="20"/>
        </w:rPr>
        <w:t>- Liability shall be limited to the value of the contract, except in cases of gross negligence or willful misconduct.</w:t>
      </w:r>
    </w:p>
    <w:p>
      <w:r>
        <w:rPr>
          <w:b w:val="0"/>
          <w:sz w:val="20"/>
        </w:rPr>
        <w:t>- Intellectual property rights related to deliverables shall be governed by the contract.</w:t>
      </w:r>
    </w:p>
    <w:p>
      <w:r>
        <w:rPr>
          <w:b w:val="0"/>
          <w:sz w:val="20"/>
        </w:rPr>
        <w:t>- Confidentiality obligations shall be observed by both parties with respect to all shared information.</w:t>
      </w:r>
    </w:p>
    <w:p>
      <w:r>
        <w:rPr>
          <w:b w:val="0"/>
          <w:sz w:val="20"/>
        </w:rPr>
        <w:t>- Force majeure events shall excuse performance obligations for the affected period.</w:t>
      </w:r>
    </w:p>
    <w:p/>
    <w:p>
      <w:r>
        <w:rPr>
          <w:b/>
          <w:sz w:val="20"/>
        </w:rPr>
        <w:t>6. Acceptance</w:t>
      </w:r>
    </w:p>
    <w:p>
      <w:r>
        <w:rPr>
          <w:b w:val="0"/>
          <w:sz w:val="20"/>
        </w:rPr>
        <w:t>To accept this proposal, please sign below and return a copy to us. This will form the basis for preparing a formal agreement.</w:t>
      </w:r>
    </w:p>
    <w:p/>
    <w:p/>
    <w:p>
      <w:r>
        <w:rPr>
          <w:b w:val="0"/>
          <w:sz w:val="20"/>
        </w:rPr>
        <w:t>We look forward to the opportunity to work with you and deliver outstanding value. Please do not hesitate to contact us for any clarifications or further information.</w:t>
      </w:r>
    </w:p>
    <w:p/>
    <w:p>
      <w:r>
        <w:rPr>
          <w:b w:val="0"/>
          <w:sz w:val="20"/>
        </w:rPr>
        <w:t>Yours faithfully,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PROPOSER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https://legaltemplates-uk.com/proposal-letter/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proposal-letter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