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PROFESSIONAL RESIGNATION LETTER</w:t>
      </w:r>
    </w:p>
    <w:p/>
    <w:p/>
    <w:p>
      <w:r>
        <w:rPr>
          <w:b/>
          <w:sz w:val="20"/>
        </w:rPr>
        <w:t>To:</w:t>
      </w:r>
    </w:p>
    <w:p>
      <w:r>
        <w:rPr>
          <w:b w:val="0"/>
          <w:sz w:val="20"/>
        </w:rPr>
        <w:t>Name: _______________________________________________________________</w:t>
      </w:r>
    </w:p>
    <w:p>
      <w:r>
        <w:rPr>
          <w:b w:val="0"/>
          <w:sz w:val="20"/>
        </w:rPr>
        <w:t>Position: ____________________________________________________________</w:t>
      </w:r>
    </w:p>
    <w:p>
      <w:r>
        <w:rPr>
          <w:b w:val="0"/>
          <w:sz w:val="20"/>
        </w:rPr>
        <w:t>Company: ____________________________________________________________</w:t>
      </w:r>
    </w:p>
    <w:p>
      <w:r>
        <w:rPr>
          <w:b w:val="0"/>
          <w:sz w:val="20"/>
        </w:rPr>
        <w:t>Address: ____________________________________________________________</w:t>
      </w:r>
    </w:p>
    <w:p/>
    <w:p/>
    <w:p>
      <w:r>
        <w:rPr>
          <w:b/>
          <w:sz w:val="20"/>
        </w:rPr>
        <w:t>From:</w:t>
      </w:r>
    </w:p>
    <w:p>
      <w:r>
        <w:rPr>
          <w:b w:val="0"/>
          <w:sz w:val="20"/>
        </w:rPr>
        <w:t>Name: _______________________________________________________________</w:t>
      </w:r>
    </w:p>
    <w:p>
      <w:r>
        <w:rPr>
          <w:b w:val="0"/>
          <w:sz w:val="20"/>
        </w:rPr>
        <w:t>Position: ____________________________________________________________</w:t>
      </w:r>
    </w:p>
    <w:p>
      <w:r>
        <w:rPr>
          <w:b w:val="0"/>
          <w:sz w:val="20"/>
        </w:rPr>
        <w:t>Department: __________________________________________________________</w:t>
      </w:r>
    </w:p>
    <w:p>
      <w:r>
        <w:rPr>
          <w:b w:val="0"/>
          <w:sz w:val="20"/>
        </w:rPr>
        <w:t>Address: ____________________________________________________________</w:t>
      </w:r>
    </w:p>
    <w:p/>
    <w:p/>
    <w:p>
      <w:r>
        <w:rPr>
          <w:b/>
          <w:sz w:val="20"/>
        </w:rPr>
        <w:t>Subject: Resignation from my position</w:t>
      </w:r>
    </w:p>
    <w:p/>
    <w:p/>
    <w:p>
      <w:r>
        <w:rPr>
          <w:b w:val="0"/>
          <w:sz w:val="20"/>
        </w:rPr>
        <w:t>Dear Sir/Madam,</w:t>
      </w:r>
    </w:p>
    <w:p/>
    <w:p>
      <w:r>
        <w:rPr>
          <w:b w:val="0"/>
          <w:sz w:val="20"/>
        </w:rPr>
        <w:t>I hereby formally tender my resignation from my position as ___________________ at ________________________________, in accordance with the terms and conditions of my employment contract and prevailing UK employment law. Please accept this letter as my official notice of resignation.</w:t>
      </w:r>
    </w:p>
    <w:p/>
    <w:p>
      <w:r>
        <w:rPr>
          <w:b w:val="0"/>
          <w:sz w:val="20"/>
        </w:rPr>
        <w:t>I understand that my contractual notice period is _______ weeks/months, and I intend to serve this period fully to ensure a smooth and professional transition. My last working day will therefore be ____________________________.</w:t>
      </w:r>
    </w:p>
    <w:p/>
    <w:p>
      <w:r>
        <w:rPr>
          <w:b w:val="0"/>
          <w:sz w:val="20"/>
        </w:rPr>
        <w:t>The decision to resign has been made after careful consideration. (Optional) Reason for resignation: _________________________________________________________________</w:t>
      </w:r>
    </w:p>
    <w:p/>
    <w:p>
      <w:r>
        <w:rPr>
          <w:b w:val="0"/>
          <w:sz w:val="20"/>
        </w:rPr>
        <w:t>During my notice period, I am committed to maintaining a high standard of work, completing outstanding tasks, and assisting in the handover process to minimize any disruption to the team and ongoing projects.</w:t>
      </w:r>
    </w:p>
    <w:p/>
    <w:p>
      <w:r>
        <w:rPr>
          <w:b w:val="0"/>
          <w:sz w:val="20"/>
        </w:rPr>
        <w:t>I acknowledge my responsibility to return all company property, including but not limited to keys, documents, electronic devices, and any other assets, before or on my last working day.</w:t>
      </w:r>
    </w:p>
    <w:p/>
    <w:p>
      <w:r>
        <w:rPr>
          <w:b w:val="0"/>
          <w:sz w:val="20"/>
        </w:rPr>
        <w:t>I reaffirm my commitment to uphold all confidentiality, non-disclosure, and post-termination obligations as stipulated in my employment contract and any other binding agreements with the company.</w:t>
      </w:r>
    </w:p>
    <w:p/>
    <w:p>
      <w:r>
        <w:rPr>
          <w:b w:val="0"/>
          <w:sz w:val="20"/>
        </w:rPr>
        <w:t>I would like to take this opportunity to thank you and the company for the opportunities and experiences provided to me during my employment. I wish the company continued success in the future.</w:t>
      </w:r>
    </w:p>
    <w:p/>
    <w:p/>
    <w:p>
      <w:r>
        <w:rPr>
          <w:b w:val="0"/>
          <w:sz w:val="20"/>
        </w:rPr>
        <w:t>Yours faithfully,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Name (printed): __________________________________</w:t>
            </w:r>
          </w:p>
        </w:tc>
        <w:tc>
          <w:tcPr>
            <w:tcW w:type="dxa" w:w="4986"/>
            <w:tcBorders>
              <w:top w:val="nil"/>
              <w:left w:val="nil"/>
              <w:bottom w:val="nil"/>
              <w:right w:val="nil"/>
              <w:insideH w:val="nil"/>
              <w:insideV w:val="nil"/>
            </w:tcBorders>
          </w:tcPr>
          <w:p>
            <w:pPr>
              <w:jc w:val="center"/>
            </w:pPr>
            <w:r/>
          </w:p>
        </w:tc>
      </w:tr>
    </w:tbl>
    <w:p/>
    <w:p/>
    <w:p>
      <w:r>
        <w:rPr>
          <w:b/>
          <w:sz w:val="22"/>
        </w:rPr>
        <w:t>HR Department Acknowledgment</w:t>
      </w:r>
    </w:p>
    <w:p>
      <w:r>
        <w:rPr>
          <w:b/>
          <w:sz w:val="20"/>
        </w:rPr>
        <w:t>Received by:</w:t>
      </w:r>
    </w:p>
    <w:p>
      <w:r>
        <w:rPr>
          <w:b w:val="0"/>
          <w:sz w:val="20"/>
        </w:rPr>
        <w:t>Name: _______________________________________________________________</w:t>
      </w:r>
    </w:p>
    <w:p>
      <w:r>
        <w:rPr>
          <w:b w:val="0"/>
          <w:sz w:val="20"/>
        </w:rPr>
        <w:t>Position: ____________________________________________________________</w:t>
      </w:r>
    </w:p>
    <w:p>
      <w:r>
        <w:rPr>
          <w:b w:val="0"/>
          <w:sz w:val="20"/>
        </w:rPr>
        <w:t>Signature: ___________________________________________________________</w:t>
      </w:r>
    </w:p>
    <w:p>
      <w:r>
        <w:rPr>
          <w:b w:val="0"/>
          <w:sz w:val="20"/>
        </w:rPr>
        <w:t>Date: _______________________________________________________________</w:t>
      </w:r>
    </w:p>
    <w:p/>
    <w:p>
      <w:r>
        <w:rPr>
          <w:b w:val="0"/>
          <w:sz w:val="20"/>
        </w:rPr>
        <w:t>The company acknowledges receipt of this resignation letter and confirms the end of employment as per the agreed terms and notice period. All final payments, benefits, and entitlements will be processed in accordance with UK employment law and company policy.</w:t>
      </w:r>
    </w:p>
    <w:p/>
    <w:p/>
    <w:p>
      <w:r>
        <w:rPr>
          <w:b/>
          <w:sz w:val="22"/>
        </w:rPr>
        <w:t>Important Notes</w:t>
      </w:r>
    </w:p>
    <w:p>
      <w:r>
        <w:rPr>
          <w:b w:val="0"/>
          <w:sz w:val="20"/>
        </w:rPr>
        <w:t>• This resignation letter constitutes a formal and legally binding notice of termination of your employment contract under UK law.</w:t>
      </w:r>
    </w:p>
    <w:p>
      <w:r>
        <w:rPr>
          <w:b w:val="0"/>
          <w:sz w:val="20"/>
        </w:rPr>
        <w:t>• Please ensure all company property is returned and all outstanding obligations are fulfilled before the last working day.</w:t>
      </w:r>
    </w:p>
    <w:p>
      <w:r>
        <w:rPr>
          <w:b w:val="0"/>
          <w:sz w:val="20"/>
        </w:rPr>
        <w:t>• Failure to comply with contractual and legal obligations may result in withholding of final payments or other legal actions.</w:t>
      </w:r>
    </w:p>
    <w:p>
      <w:r>
        <w:rPr>
          <w:b w:val="0"/>
          <w:sz w:val="20"/>
        </w:rPr>
        <w:t>• For any queries relating to this resignation or final settlements, please contact the HR Department.</w:t>
      </w:r>
    </w:p>
    <w:p/>
    <w:p/>
    <w:p>
      <w:r>
        <w:br w:type="page"/>
      </w:r>
    </w:p>
    <w:p>
      <w:pPr>
        <w:jc w:val="center"/>
      </w:pPr>
      <w:r>
        <w:rPr>
          <w:color w:val="555555"/>
          <w:sz w:val="24"/>
        </w:rPr>
        <w:t>Original source of this document:</w:t>
      </w:r>
    </w:p>
    <w:p>
      <w:pPr>
        <w:jc w:val="center"/>
      </w:pPr>
      <w:hyperlink r:id="rId9">
        <w:r>
          <w:rPr>
            <w:color w:val="0000FF"/>
            <w:u w:val="single"/>
          </w:rPr>
          <w:t>https://legaltemplates-uk.com/professional-resignation-letter/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professional-resignation-letter/"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