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PROFESSIONAL CLEARANCE LETTER</w:t>
      </w:r>
    </w:p>
    <w:p/>
    <w:p/>
    <w:p>
      <w:r>
        <w:rPr>
          <w:b/>
          <w:sz w:val="20"/>
        </w:rPr>
        <w:t>Sender Information:</w:t>
      </w:r>
    </w:p>
    <w:p>
      <w:r>
        <w:rPr>
          <w:b w:val="0"/>
          <w:sz w:val="20"/>
        </w:rPr>
        <w:t>Full Name: ____________________________________________________________</w:t>
      </w:r>
    </w:p>
    <w:p>
      <w:r>
        <w:rPr>
          <w:b w:val="0"/>
          <w:sz w:val="20"/>
        </w:rPr>
        <w:t>Position/Title: ________________________________________________________</w:t>
      </w:r>
    </w:p>
    <w:p>
      <w:r>
        <w:rPr>
          <w:b w:val="0"/>
          <w:sz w:val="20"/>
        </w:rPr>
        <w:t>Company/Organisation: _________________________________________________</w:t>
      </w:r>
    </w:p>
    <w:p>
      <w:r>
        <w:rPr>
          <w:b w:val="0"/>
          <w:sz w:val="20"/>
        </w:rPr>
        <w:t>Address: ______________________________________________________________</w:t>
      </w:r>
    </w:p>
    <w:p>
      <w:r>
        <w:rPr>
          <w:b w:val="0"/>
          <w:sz w:val="20"/>
        </w:rPr>
        <w:t>Telephone: ____________________________________________________________</w:t>
      </w:r>
    </w:p>
    <w:p>
      <w:r>
        <w:rPr>
          <w:b w:val="0"/>
          <w:sz w:val="20"/>
        </w:rPr>
        <w:t>Email: 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Position/Title: ________________________________________________________</w:t>
      </w:r>
    </w:p>
    <w:p>
      <w:r>
        <w:rPr>
          <w:b w:val="0"/>
          <w:sz w:val="20"/>
        </w:rPr>
        <w:t>Company/Organisation: _________________________________________________</w:t>
      </w:r>
    </w:p>
    <w:p>
      <w:r>
        <w:rPr>
          <w:b w:val="0"/>
          <w:sz w:val="20"/>
        </w:rPr>
        <w:t>Address: ______________________________________________________________</w:t>
      </w:r>
    </w:p>
    <w:p>
      <w:r>
        <w:rPr>
          <w:b w:val="0"/>
          <w:sz w:val="20"/>
        </w:rPr>
        <w:t>Telephone: ____________________________________________________________</w:t>
      </w:r>
    </w:p>
    <w:p>
      <w:r>
        <w:rPr>
          <w:b w:val="0"/>
          <w:sz w:val="20"/>
        </w:rPr>
        <w:t>Email: ________________________________________________________________</w:t>
      </w:r>
    </w:p>
    <w:p/>
    <w:p/>
    <w:p>
      <w:pPr>
        <w:jc w:val="center"/>
      </w:pPr>
      <w:r>
        <w:rPr>
          <w:b/>
          <w:sz w:val="20"/>
        </w:rPr>
        <w:t>Subject: Professional Clearance for Employment / Engagement</w:t>
      </w:r>
    </w:p>
    <w:p/>
    <w:p/>
    <w:p>
      <w:r>
        <w:rPr>
          <w:b w:val="0"/>
          <w:sz w:val="20"/>
        </w:rPr>
        <w:t>Dear Sir/Madam,</w:t>
      </w:r>
    </w:p>
    <w:p/>
    <w:p>
      <w:r>
        <w:rPr>
          <w:b w:val="0"/>
          <w:sz w:val="20"/>
        </w:rPr>
        <w:t>This letter serves as a formal professional clearance issued by the undersigned to confirm the following details in relation to the employment and professional conduct of the individual named herein. This clearance is provided in accordance with applicable UK laws and professional standards and is intended for use by the recipient for legitimate employment or engagement verification purposes.</w:t>
      </w:r>
    </w:p>
    <w:p/>
    <w:p>
      <w:r>
        <w:rPr>
          <w:b/>
          <w:sz w:val="20"/>
        </w:rPr>
        <w:t>1. Professional Details</w:t>
      </w:r>
    </w:p>
    <w:p>
      <w:r>
        <w:rPr>
          <w:b w:val="0"/>
          <w:sz w:val="20"/>
        </w:rPr>
        <w:t>Name of Employee/Contractor: ___________________________________________</w:t>
      </w:r>
    </w:p>
    <w:p>
      <w:r>
        <w:rPr>
          <w:b w:val="0"/>
          <w:sz w:val="20"/>
        </w:rPr>
        <w:t>Position/Role Held: ____________________________________________________</w:t>
      </w:r>
    </w:p>
    <w:p>
      <w:r>
        <w:rPr>
          <w:b w:val="0"/>
          <w:sz w:val="20"/>
        </w:rPr>
        <w:t>Employment/Engagement Period: _________________________________________</w:t>
      </w:r>
    </w:p>
    <w:p>
      <w:r>
        <w:rPr>
          <w:b w:val="0"/>
          <w:sz w:val="20"/>
        </w:rPr>
        <w:t>Department/Division: ___________________________________________________</w:t>
      </w:r>
    </w:p>
    <w:p>
      <w:r>
        <w:rPr>
          <w:b w:val="0"/>
          <w:sz w:val="20"/>
        </w:rPr>
        <w:t>Reporting Manager: _____________________________________________________</w:t>
      </w:r>
    </w:p>
    <w:p/>
    <w:p>
      <w:r>
        <w:rPr>
          <w:b/>
          <w:sz w:val="20"/>
        </w:rPr>
        <w:t>2. Employment Status and Conduct</w:t>
      </w:r>
    </w:p>
    <w:p>
      <w:r>
        <w:rPr>
          <w:b w:val="0"/>
          <w:sz w:val="20"/>
        </w:rPr>
        <w:t>The above-named individual was engaged by the undersigned organisation under a lawful contract and complied with all duties, responsibilities, and applicable organisational policies and procedures throughout their tenure.</w:t>
      </w:r>
    </w:p>
    <w:p>
      <w:r>
        <w:rPr>
          <w:b w:val="0"/>
          <w:sz w:val="20"/>
        </w:rPr>
        <w:t>To the best of our knowledge and belief, the individual has conducted themselves in a professional and ethical manner and has not been subject to any disciplinary proceedings or investigations that would affect their suitability for continued employment or engagement.</w:t>
      </w:r>
    </w:p>
    <w:p>
      <w:r>
        <w:rPr>
          <w:b w:val="0"/>
          <w:sz w:val="20"/>
        </w:rPr>
        <w:t>No known pending legal claims or liabilities exist against the individual in respect of their professional conduct while employed or engaged with the undersigned.</w:t>
      </w:r>
    </w:p>
    <w:p/>
    <w:p>
      <w:r>
        <w:rPr>
          <w:b/>
          <w:sz w:val="20"/>
        </w:rPr>
        <w:t>3. Performance and Skills</w:t>
      </w:r>
    </w:p>
    <w:p>
      <w:r>
        <w:rPr>
          <w:b w:val="0"/>
          <w:sz w:val="20"/>
        </w:rPr>
        <w:t>The individual has demonstrated competence and capability in their role, fulfilling the key performance indicators and objectives as specified in their job description or contract.</w:t>
      </w:r>
    </w:p>
    <w:p>
      <w:r>
        <w:rPr>
          <w:b w:val="0"/>
          <w:sz w:val="20"/>
        </w:rPr>
        <w:t>Skills and qualifications possessed by the individual are consistent with the requirements of their position, and any mandatory certifications or registrations have been maintained in good standing.</w:t>
      </w:r>
    </w:p>
    <w:p/>
    <w:p>
      <w:r>
        <w:rPr>
          <w:b/>
          <w:sz w:val="20"/>
        </w:rPr>
        <w:t>4. Confidentiality and Data Protection</w:t>
      </w:r>
    </w:p>
    <w:p>
      <w:r>
        <w:rPr>
          <w:b w:val="0"/>
          <w:sz w:val="20"/>
        </w:rPr>
        <w:t>The undersigned confirms that any personal data processed during the employment or engagement has been handled in compliance with the UK Data Protection Act 2018 and the UK General Data Protection Regulation (UK GDPR).</w:t>
      </w:r>
    </w:p>
    <w:p>
      <w:r>
        <w:rPr>
          <w:b w:val="0"/>
          <w:sz w:val="20"/>
        </w:rPr>
        <w:t>This clearance letter contains only information lawfully disclosable under applicable privacy and confidentiality obligations.</w:t>
      </w:r>
    </w:p>
    <w:p/>
    <w:p>
      <w:r>
        <w:rPr>
          <w:b/>
          <w:sz w:val="20"/>
        </w:rPr>
        <w:t>5. Liability and Disclaimer</w:t>
      </w:r>
    </w:p>
    <w:p>
      <w:r>
        <w:rPr>
          <w:b w:val="0"/>
          <w:sz w:val="20"/>
        </w:rPr>
        <w:t>This professional clearance letter is issued in good faith and based on information available to the undersigned at the time of issuance.</w:t>
      </w:r>
    </w:p>
    <w:p>
      <w:r>
        <w:rPr>
          <w:b w:val="0"/>
          <w:sz w:val="20"/>
        </w:rPr>
        <w:t>The undersigned accepts no liability for any loss or damage arising from the use of this clearance letter by the recipient or any third party.</w:t>
      </w:r>
    </w:p>
    <w:p>
      <w:r>
        <w:rPr>
          <w:b w:val="0"/>
          <w:sz w:val="20"/>
        </w:rPr>
        <w:t>The clearance is not to be construed as a guarantee or warranty of future performance or behaviour of the individual.</w:t>
      </w:r>
    </w:p>
    <w:p/>
    <w:p>
      <w:r>
        <w:rPr>
          <w:b/>
          <w:sz w:val="20"/>
        </w:rPr>
        <w:t>6. Governing Law and Jurisdiction</w:t>
      </w:r>
    </w:p>
    <w:p>
      <w:r>
        <w:rPr>
          <w:b w:val="0"/>
          <w:sz w:val="20"/>
        </w:rPr>
        <w:t>This clearance letter shall be governed by and construed in accordance with the laws of England and Wales.</w:t>
      </w:r>
    </w:p>
    <w:p>
      <w:r>
        <w:rPr>
          <w:b w:val="0"/>
          <w:sz w:val="20"/>
        </w:rPr>
        <w:t>Any disputes arising out of or in connection with this letter shall be subject to the exclusive jurisdiction of the courts of England and Wales.</w:t>
      </w:r>
    </w:p>
    <w:p/>
    <w:p/>
    <w:p>
      <w:r>
        <w:rPr>
          <w:b w:val="0"/>
          <w:sz w:val="20"/>
        </w:rPr>
        <w:t>Should you require any further information or clarification concerning the above, please do not hesitate to contact the undersigned at the details provided.</w:t>
      </w:r>
    </w:p>
    <w:p/>
    <w:p/>
    <w:p>
      <w:r>
        <w:rPr>
          <w:b w:val="0"/>
          <w:sz w:val="20"/>
        </w:rPr>
        <w:t>Yours faithfully,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Authorised Signatory</w:t>
            </w:r>
          </w:p>
        </w:tc>
        <w:tc>
          <w:tcPr>
            <w:tcW w:type="dxa" w:w="4986"/>
            <w:tcBorders>
              <w:top w:val="nil"/>
              <w:left w:val="nil"/>
              <w:bottom w:val="nil"/>
              <w:right w:val="nil"/>
              <w:insideH w:val="nil"/>
              <w:insideV w:val="nil"/>
            </w:tcBorders>
          </w:tcPr>
          <w:p>
            <w:pPr>
              <w:jc w:val="center"/>
            </w:pPr>
            <w:r>
              <w:t>Recipient Acknowledgement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Position: _____________________________</w:t>
            </w:r>
          </w:p>
        </w:tc>
        <w:tc>
          <w:tcPr>
            <w:tcW w:type="dxa" w:w="4986"/>
            <w:tcBorders>
              <w:top w:val="nil"/>
              <w:left w:val="nil"/>
              <w:bottom w:val="nil"/>
              <w:right w:val="nil"/>
              <w:insideH w:val="nil"/>
              <w:insideV w:val="nil"/>
            </w:tcBorders>
          </w:tcPr>
          <w:p>
            <w:pPr>
              <w:jc w:val="center"/>
            </w:pPr>
            <w:r>
              <w:t>Name: ________________________________</w:t>
              <w:br/>
              <w:t>Position: _____________________________</w:t>
            </w:r>
          </w:p>
        </w:tc>
      </w:tr>
    </w:tbl>
    <w:p/>
    <w:p/>
    <w:p>
      <w:r>
        <w:rPr>
          <w:b/>
          <w:sz w:val="20"/>
        </w:rPr>
        <w:t>For official use only:</w:t>
      </w:r>
    </w:p>
    <w:p>
      <w:r>
        <w:rPr>
          <w:b w:val="0"/>
          <w:sz w:val="20"/>
        </w:rPr>
        <w:t>Contact Telephone: ____________________________________________________</w:t>
      </w:r>
    </w:p>
    <w:p>
      <w:r>
        <w:rPr>
          <w:b w:val="0"/>
          <w:sz w:val="20"/>
        </w:rPr>
        <w:t>Contact Email: ________________________________________________________</w:t>
      </w:r>
    </w:p>
    <w:p>
      <w:r>
        <w:rPr>
          <w:b w:val="0"/>
          <w:sz w:val="20"/>
        </w:rPr>
        <w:t>Reference Number (if applicable): 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https://legaltemplates-uk.com/professional-clearance-letter/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professional-clearance-letter/"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