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POWER OF ATTORNEY</w:t>
      </w:r>
    </w:p>
    <w:p/>
    <w:p/>
    <w:p>
      <w:r>
        <w:rPr>
          <w:b/>
          <w:sz w:val="20"/>
        </w:rPr>
        <w:t>I, the undersigned,</w:t>
      </w:r>
    </w:p>
    <w:p/>
    <w:p>
      <w:r>
        <w:rPr>
          <w:b w:val="0"/>
          <w:sz w:val="20"/>
        </w:rPr>
        <w:t>Full Name: ________________________________________________________________</w:t>
      </w:r>
    </w:p>
    <w:p>
      <w:r>
        <w:rPr>
          <w:b w:val="0"/>
          <w:sz w:val="20"/>
        </w:rPr>
        <w:t>Date of Birth: ____________________________________________________________</w:t>
      </w:r>
    </w:p>
    <w:p>
      <w:r>
        <w:rPr>
          <w:b w:val="0"/>
          <w:sz w:val="20"/>
        </w:rPr>
        <w:t>Address: _________________________________________________________________</w:t>
      </w:r>
    </w:p>
    <w:p>
      <w:r>
        <w:rPr>
          <w:b w:val="0"/>
          <w:sz w:val="20"/>
        </w:rPr>
        <w:t>Postcode: ________________________________________________________________</w:t>
      </w:r>
    </w:p>
    <w:p>
      <w:r>
        <w:rPr>
          <w:b w:val="0"/>
          <w:sz w:val="20"/>
        </w:rPr>
        <w:t>Nationality: ______________________________________________________________</w:t>
      </w:r>
    </w:p>
    <w:p>
      <w:r>
        <w:rPr>
          <w:b w:val="0"/>
          <w:sz w:val="20"/>
        </w:rPr>
        <w:t>Occupation: ______________________________________________________________</w:t>
      </w:r>
    </w:p>
    <w:p/>
    <w:p/>
    <w:p>
      <w:r>
        <w:rPr>
          <w:b/>
          <w:sz w:val="20"/>
        </w:rPr>
        <w:t>hereinafter referred to as the "Principal", hereby appoint:</w:t>
      </w:r>
    </w:p>
    <w:p/>
    <w:p>
      <w:r>
        <w:rPr>
          <w:b w:val="0"/>
          <w:sz w:val="20"/>
        </w:rPr>
        <w:t>Full Name of Attorney: ____________________________________________________</w:t>
      </w:r>
    </w:p>
    <w:p>
      <w:r>
        <w:rPr>
          <w:b w:val="0"/>
          <w:sz w:val="20"/>
        </w:rPr>
        <w:t>Date of Birth: ____________________________________________________________</w:t>
      </w:r>
    </w:p>
    <w:p>
      <w:r>
        <w:rPr>
          <w:b w:val="0"/>
          <w:sz w:val="20"/>
        </w:rPr>
        <w:t>Address: _________________________________________________________________</w:t>
      </w:r>
    </w:p>
    <w:p>
      <w:r>
        <w:rPr>
          <w:b w:val="0"/>
          <w:sz w:val="20"/>
        </w:rPr>
        <w:t>Postcode: ________________________________________________________________</w:t>
      </w:r>
    </w:p>
    <w:p>
      <w:r>
        <w:rPr>
          <w:b w:val="0"/>
          <w:sz w:val="20"/>
        </w:rPr>
        <w:t>Nationality: ______________________________________________________________</w:t>
      </w:r>
    </w:p>
    <w:p>
      <w:r>
        <w:rPr>
          <w:b w:val="0"/>
          <w:sz w:val="20"/>
        </w:rPr>
        <w:t>Occupation: ______________________________________________________________</w:t>
      </w:r>
    </w:p>
    <w:p/>
    <w:p/>
    <w:p>
      <w:r>
        <w:rPr>
          <w:b/>
          <w:sz w:val="20"/>
        </w:rPr>
        <w:t>hereinafter referred to as the "Attorney", to be my lawful attorney and agent to act in my name, place and stead in accordance with the powers hereinafter set out.</w:t>
      </w:r>
    </w:p>
    <w:p/>
    <w:p/>
    <w:p>
      <w:r>
        <w:rPr>
          <w:b/>
          <w:sz w:val="20"/>
        </w:rPr>
        <w:t>1. GRANT OF AUTHORITY</w:t>
      </w:r>
    </w:p>
    <w:p>
      <w:r>
        <w:rPr>
          <w:b w:val="0"/>
          <w:sz w:val="20"/>
        </w:rPr>
        <w:t>1.1 The Principal hereby grants the Attorney full power and authority to act on behalf of the Principal in all matters related to the following:</w:t>
      </w:r>
    </w:p>
    <w:p>
      <w:r>
        <w:rPr>
          <w:b w:val="0"/>
          <w:sz w:val="20"/>
        </w:rPr>
        <w:t>• To manage, control, and conduct any legal, financial, and administrative affairs.</w:t>
      </w:r>
    </w:p>
    <w:p>
      <w:r>
        <w:rPr>
          <w:b w:val="0"/>
          <w:sz w:val="20"/>
        </w:rPr>
        <w:t>• To sign, execute, and deliver any documents, agreements, or forms necessary or desirable in connection with the authorised matters.</w:t>
      </w:r>
    </w:p>
    <w:p>
      <w:r>
        <w:rPr>
          <w:b w:val="0"/>
          <w:sz w:val="20"/>
        </w:rPr>
        <w:t>• To represent the Principal before any court, tribunal, government department, local authority, or other institution.</w:t>
      </w:r>
    </w:p>
    <w:p>
      <w:r>
        <w:rPr>
          <w:b w:val="0"/>
          <w:sz w:val="20"/>
        </w:rPr>
        <w:t>• To collect and receive monies, payments, and documents on behalf of the Principal.</w:t>
      </w:r>
    </w:p>
    <w:p>
      <w:r>
        <w:rPr>
          <w:b w:val="0"/>
          <w:sz w:val="20"/>
        </w:rPr>
        <w:t>• To deal with banks, building societies, and other financial institutions, including opening, closing, and operating accounts.</w:t>
      </w:r>
    </w:p>
    <w:p>
      <w:r>
        <w:rPr>
          <w:b w:val="0"/>
          <w:sz w:val="20"/>
        </w:rPr>
        <w:t>• To engage and instruct solicitors, accountants, surveyors, or other professionals.</w:t>
      </w:r>
    </w:p>
    <w:p>
      <w:r>
        <w:rPr>
          <w:b w:val="0"/>
          <w:sz w:val="20"/>
        </w:rPr>
        <w:t>• To act in any other lawful manner as the Attorney may consider appropriate for the Principal’s benefit.</w:t>
      </w:r>
    </w:p>
    <w:p/>
    <w:p>
      <w:r>
        <w:rPr>
          <w:b/>
          <w:sz w:val="20"/>
        </w:rPr>
        <w:t>2. LIMITATIONS</w:t>
      </w:r>
    </w:p>
    <w:p>
      <w:r>
        <w:rPr>
          <w:b w:val="0"/>
          <w:sz w:val="20"/>
        </w:rPr>
        <w:t>2.1 The Attorney shall not have authority to make or change a Will or Power of Attorney on behalf of the Principal.</w:t>
      </w:r>
    </w:p>
    <w:p>
      <w:r>
        <w:rPr>
          <w:b w:val="0"/>
          <w:sz w:val="20"/>
        </w:rPr>
        <w:t>2.2 The Attorney shall not be authorised to transfer ownership of real property unless explicitly stated herein:</w:t>
      </w:r>
    </w:p>
    <w:p>
      <w:r>
        <w:rPr>
          <w:b w:val="0"/>
          <w:sz w:val="20"/>
        </w:rPr>
        <w:t xml:space="preserve">    ________________________________________________________________________</w:t>
      </w:r>
    </w:p>
    <w:p/>
    <w:p>
      <w:r>
        <w:rPr>
          <w:b/>
          <w:sz w:val="20"/>
        </w:rPr>
        <w:t>3. DURATION</w:t>
      </w:r>
    </w:p>
    <w:p>
      <w:r>
        <w:rPr>
          <w:b w:val="0"/>
          <w:sz w:val="20"/>
        </w:rPr>
        <w:t>3.1 This Power of Attorney shall take effect immediately upon execution and shall continue in force until revoked in writing by the Principal.</w:t>
      </w:r>
    </w:p>
    <w:p>
      <w:r>
        <w:rPr>
          <w:b w:val="0"/>
          <w:sz w:val="20"/>
        </w:rPr>
        <w:t>3.2 Revocation shall not affect actions taken by the Attorney prior to receipt of such revocation.</w:t>
      </w:r>
    </w:p>
    <w:p/>
    <w:p>
      <w:r>
        <w:rPr>
          <w:b/>
          <w:sz w:val="20"/>
        </w:rPr>
        <w:t>4. GOVERNING LAW</w:t>
      </w:r>
    </w:p>
    <w:p>
      <w:r>
        <w:rPr>
          <w:b w:val="0"/>
          <w:sz w:val="20"/>
        </w:rPr>
        <w:t>4.1 This Power of Attorney shall be governed by and construed in accordance with the laws of England and Wales.</w:t>
      </w:r>
    </w:p>
    <w:p/>
    <w:p>
      <w:r>
        <w:rPr>
          <w:b/>
          <w:sz w:val="20"/>
        </w:rPr>
        <w:t>5. ATTORNEY'S ACCEPTANCE</w:t>
      </w:r>
    </w:p>
    <w:p>
      <w:r>
        <w:rPr>
          <w:b w:val="0"/>
          <w:sz w:val="20"/>
        </w:rPr>
        <w:t>5.1 The Attorney accepts the appointment and agrees to act in accordance with the terms set out in this document.</w:t>
      </w:r>
    </w:p>
    <w:p/>
    <w:p/>
    <w:p>
      <w:r>
        <w:rPr>
          <w:b w:val="0"/>
          <w:sz w:val="20"/>
        </w:rPr>
        <w:t>IN WITNESS WHEREOF, the Principal has executed this Power of Attorney on the date and at the place specified below.</w:t>
      </w:r>
    </w:p>
    <w:p/>
    <w:p/>
    <w:p>
      <w:r>
        <w:rPr>
          <w:b w:val="0"/>
          <w:sz w:val="20"/>
        </w:rPr>
        <w:t>Place: _________________________________________________________________</w:t>
      </w:r>
    </w:p>
    <w:p>
      <w:r>
        <w:rPr>
          <w:b w:val="0"/>
          <w:sz w:val="20"/>
        </w:rPr>
        <w:t>Signature of Principal: ________________________________________________</w:t>
      </w:r>
    </w:p>
    <w:p>
      <w:r>
        <w:rPr>
          <w:b w:val="0"/>
          <w:sz w:val="20"/>
        </w:rPr>
        <w:t>Name (printed): _______________________________________________________</w:t>
      </w:r>
    </w:p>
    <w:p/>
    <w:p/>
    <w:p>
      <w:r>
        <w:rPr>
          <w:b w:val="0"/>
          <w:sz w:val="20"/>
        </w:rPr>
        <w:t>Signature of Attorney: _________________________________________________</w:t>
      </w:r>
    </w:p>
    <w:p>
      <w:r>
        <w:rPr>
          <w:b w:val="0"/>
          <w:sz w:val="20"/>
        </w:rPr>
        <w:t>Name (printed): _______________________________________________________</w:t>
      </w:r>
    </w:p>
    <w:p/>
    <w:p/>
    <w:p>
      <w:r>
        <w:rPr>
          <w:b/>
          <w:sz w:val="20"/>
        </w:rPr>
        <w:t>WITNESSES</w:t>
      </w:r>
    </w:p>
    <w:p>
      <w:r>
        <w:rPr>
          <w:b w:val="0"/>
          <w:sz w:val="20"/>
        </w:rPr>
        <w:t>The undersigned witnesses hereby declare that the Principal and Attorney have signed this document in our presence, and that we have signed as witnesses in their presence and in the presence of each other.</w:t>
      </w:r>
    </w:p>
    <w:p/>
    <w:p>
      <w:r>
        <w:rPr>
          <w:b/>
          <w:sz w:val="20"/>
        </w:rPr>
        <w:t>Witness 1:</w:t>
      </w:r>
    </w:p>
    <w:p>
      <w:r>
        <w:rPr>
          <w:b w:val="0"/>
          <w:sz w:val="20"/>
        </w:rPr>
        <w:t>Full Name: ______________________________________________________________</w:t>
      </w:r>
    </w:p>
    <w:p>
      <w:r>
        <w:rPr>
          <w:b w:val="0"/>
          <w:sz w:val="20"/>
        </w:rPr>
        <w:t>Address: ________________________________________________________________</w:t>
      </w:r>
    </w:p>
    <w:p>
      <w:r>
        <w:rPr>
          <w:b w:val="0"/>
          <w:sz w:val="20"/>
        </w:rPr>
        <w:t>Occupation: _____________________________________________________________</w:t>
      </w:r>
    </w:p>
    <w:p>
      <w:r>
        <w:rPr>
          <w:b w:val="0"/>
          <w:sz w:val="20"/>
        </w:rPr>
        <w:t>Signature: ______________________________________________________________</w:t>
      </w:r>
    </w:p>
    <w:p>
      <w:r>
        <w:rPr>
          <w:b w:val="0"/>
          <w:sz w:val="20"/>
        </w:rPr>
        <w:t>Date: _________________________________________________________________</w:t>
      </w:r>
    </w:p>
    <w:p/>
    <w:p>
      <w:r>
        <w:rPr>
          <w:b/>
          <w:sz w:val="20"/>
        </w:rPr>
        <w:t>Witness 2:</w:t>
      </w:r>
    </w:p>
    <w:p>
      <w:r>
        <w:rPr>
          <w:b w:val="0"/>
          <w:sz w:val="20"/>
        </w:rPr>
        <w:t>Full Name: ______________________________________________________________</w:t>
      </w:r>
    </w:p>
    <w:p>
      <w:r>
        <w:rPr>
          <w:b w:val="0"/>
          <w:sz w:val="20"/>
        </w:rPr>
        <w:t>Address: ________________________________________________________________</w:t>
      </w:r>
    </w:p>
    <w:p>
      <w:r>
        <w:rPr>
          <w:b w:val="0"/>
          <w:sz w:val="20"/>
        </w:rPr>
        <w:t>Occupation: _____________________________________________________________</w:t>
      </w:r>
    </w:p>
    <w:p>
      <w:r>
        <w:rPr>
          <w:b w:val="0"/>
          <w:sz w:val="20"/>
        </w:rPr>
        <w:t>Signature: ______________________________________________________________</w:t>
      </w:r>
    </w:p>
    <w:p>
      <w:r>
        <w:rPr>
          <w:b w:val="0"/>
          <w:sz w:val="20"/>
        </w:rPr>
        <w:t>Date: _________________________________________________________________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PRINCIPAL</w:t>
            </w:r>
          </w:p>
        </w:tc>
        <w:tc>
          <w:tcPr>
            <w:tcW w:type="dxa" w:w="4986"/>
            <w:tcBorders>
              <w:top w:val="nil"/>
              <w:left w:val="nil"/>
              <w:bottom w:val="nil"/>
              <w:right w:val="nil"/>
              <w:insideH w:val="nil"/>
              <w:insideV w:val="nil"/>
            </w:tcBorders>
          </w:tcPr>
          <w:p>
            <w:pPr>
              <w:jc w:val="center"/>
            </w:pPr>
            <w:r>
              <w:t>ATTORNEY</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https://legaltemplates-uk.com/power-of-attorney-letter/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https://legaltemplates-uk.com</w:t>
        </w:r>
      </w:hyperlink>
    </w:p>
    <w:p>
      <w:pPr>
        <w:jc w:val="center"/>
      </w:pPr>
      <w:r>
        <w:rPr>
          <w:color w:val="808080"/>
          <w:sz w:val="20"/>
        </w:rPr>
        <w:t>This template is intended exclusively for personal, non-commercial use.</w:t>
        <w:br/>
        <w:t>If distributed or published, the source must be mentioned. © legaltemplates-uk.com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uk.com/power-of-attorney-letter/" TargetMode="External"/><Relationship Id="rId10" Type="http://schemas.openxmlformats.org/officeDocument/2006/relationships/hyperlink" Target="https://legal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