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PARTNER AGREEMENT</w:t>
      </w:r>
    </w:p>
    <w:p/>
    <w:p>
      <w:r>
        <w:rPr>
          <w:b/>
          <w:sz w:val="20"/>
        </w:rPr>
        <w:t>This Partner Agreement (the "Agreement") is made between the following parties:</w:t>
      </w:r>
    </w:p>
    <w:p/>
    <w:p>
      <w:r>
        <w:rPr>
          <w:b/>
          <w:sz w:val="20"/>
        </w:rPr>
        <w:t>Party A:</w:t>
      </w:r>
    </w:p>
    <w:p>
      <w:r>
        <w:rPr>
          <w:b w:val="0"/>
          <w:sz w:val="20"/>
        </w:rPr>
        <w:t>Full Legal Name: _______________________________________________________</w:t>
      </w:r>
    </w:p>
    <w:p>
      <w:r>
        <w:rPr>
          <w:b w:val="0"/>
          <w:sz w:val="20"/>
        </w:rPr>
        <w:t>Registered Address: ____________________________________________________</w:t>
      </w:r>
    </w:p>
    <w:p>
      <w:r>
        <w:rPr>
          <w:b w:val="0"/>
          <w:sz w:val="20"/>
        </w:rPr>
        <w:t>Company Registration Number: ____________________________________________</w:t>
      </w:r>
    </w:p>
    <w:p>
      <w:r>
        <w:rPr>
          <w:b w:val="0"/>
          <w:sz w:val="20"/>
        </w:rPr>
        <w:t>Contact Person: 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Party B:</w:t>
      </w:r>
    </w:p>
    <w:p>
      <w:r>
        <w:rPr>
          <w:b w:val="0"/>
          <w:sz w:val="20"/>
        </w:rPr>
        <w:t>Full Legal Name: _______________________________________________________</w:t>
      </w:r>
    </w:p>
    <w:p>
      <w:r>
        <w:rPr>
          <w:b w:val="0"/>
          <w:sz w:val="20"/>
        </w:rPr>
        <w:t>Registered Address: ____________________________________________________</w:t>
      </w:r>
    </w:p>
    <w:p>
      <w:r>
        <w:rPr>
          <w:b w:val="0"/>
          <w:sz w:val="20"/>
        </w:rPr>
        <w:t>Company Registration Number: ____________________________________________</w:t>
      </w:r>
    </w:p>
    <w:p>
      <w:r>
        <w:rPr>
          <w:b w:val="0"/>
          <w:sz w:val="20"/>
        </w:rPr>
        <w:t>Contact Person: 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WHEREAS:</w:t>
      </w:r>
    </w:p>
    <w:p>
      <w:r>
        <w:rPr>
          <w:b w:val="0"/>
          <w:sz w:val="20"/>
        </w:rPr>
        <w:t>A. Party A and Party B wish to enter into a business partnership for the purpose set forth herein;</w:t>
      </w:r>
    </w:p>
    <w:p>
      <w:r>
        <w:rPr>
          <w:b w:val="0"/>
          <w:sz w:val="20"/>
        </w:rPr>
        <w:t>B. The parties agree to cooperate in accordance with the terms and conditions contained in this Agreement;</w:t>
      </w:r>
    </w:p>
    <w:p/>
    <w:p>
      <w:r>
        <w:rPr>
          <w:b/>
          <w:sz w:val="20"/>
        </w:rPr>
        <w:t>1. DEFINITIONS</w:t>
      </w:r>
    </w:p>
    <w:p>
      <w:r>
        <w:rPr>
          <w:b w:val="0"/>
          <w:sz w:val="20"/>
        </w:rPr>
        <w:t>In this Agreement, unless the context otherwise requires, the following terms shall have the following meanings:</w:t>
      </w:r>
    </w:p>
    <w:p>
      <w:r>
        <w:rPr>
          <w:b w:val="0"/>
          <w:sz w:val="20"/>
        </w:rPr>
        <w:t>“Confidential Information” means any information disclosed by a party to the other party, whether orally or in writing, that is designated as confidential or that reasonably should be understood to be confidential given the nature of the information and the circumstances of disclosure.</w:t>
      </w:r>
    </w:p>
    <w:p>
      <w:r>
        <w:rPr>
          <w:b w:val="0"/>
          <w:sz w:val="20"/>
        </w:rPr>
        <w:t>“Effective Date” means the date on which this Agreement is executed by the parties.</w:t>
      </w:r>
    </w:p>
    <w:p/>
    <w:p>
      <w:r>
        <w:rPr>
          <w:b/>
          <w:sz w:val="20"/>
        </w:rPr>
        <w:t>2. PURPOSE OF THE AGREEMENT</w:t>
      </w:r>
    </w:p>
    <w:p>
      <w:r>
        <w:rPr>
          <w:b w:val="0"/>
          <w:sz w:val="20"/>
        </w:rPr>
        <w:t>The parties agree to collaborate in good faith for the purpose of ________________________________. Such collaboration shall be subject to the terms and conditions set forth in this Agreement.</w:t>
      </w:r>
    </w:p>
    <w:p/>
    <w:p>
      <w:r>
        <w:rPr>
          <w:b/>
          <w:sz w:val="20"/>
        </w:rPr>
        <w:t>3. TERM AND TERMINATION</w:t>
      </w:r>
    </w:p>
    <w:p>
      <w:r>
        <w:rPr>
          <w:b w:val="0"/>
          <w:sz w:val="20"/>
        </w:rPr>
        <w:t>3.1 This Agreement shall commence on the Effective Date and shall continue in force until terminated in accordance with this clause.</w:t>
      </w:r>
    </w:p>
    <w:p>
      <w:r>
        <w:rPr>
          <w:b w:val="0"/>
          <w:sz w:val="20"/>
        </w:rPr>
        <w:t>3.2 Either party may terminate this Agreement upon providing _______ days’ written notice to the other party.</w:t>
      </w:r>
    </w:p>
    <w:p>
      <w:r>
        <w:rPr>
          <w:b w:val="0"/>
          <w:sz w:val="20"/>
        </w:rPr>
        <w:t>3.3 Termination shall not affect accrued rights or liabilities of either party.</w:t>
      </w:r>
    </w:p>
    <w:p/>
    <w:p>
      <w:r>
        <w:rPr>
          <w:b/>
          <w:sz w:val="20"/>
        </w:rPr>
        <w:t>4. ROLES AND RESPONSIBILITIES</w:t>
      </w:r>
    </w:p>
    <w:p>
      <w:r>
        <w:rPr>
          <w:b w:val="0"/>
          <w:sz w:val="20"/>
        </w:rPr>
        <w:t>4.1 Party A shall be responsible for:</w:t>
      </w:r>
    </w:p>
    <w:p>
      <w:r>
        <w:rPr>
          <w:b w:val="0"/>
          <w:sz w:val="20"/>
        </w:rPr>
        <w:t>- ________________________________________________________________</w:t>
      </w:r>
    </w:p>
    <w:p>
      <w:r>
        <w:rPr>
          <w:b w:val="0"/>
          <w:sz w:val="20"/>
        </w:rPr>
        <w:t>- ________________________________________________________________</w:t>
      </w:r>
    </w:p>
    <w:p>
      <w:r>
        <w:rPr>
          <w:b w:val="0"/>
          <w:sz w:val="20"/>
        </w:rPr>
        <w:t>4.2 Party B shall be responsible for:</w:t>
      </w:r>
    </w:p>
    <w:p>
      <w:r>
        <w:rPr>
          <w:b w:val="0"/>
          <w:sz w:val="20"/>
        </w:rPr>
        <w:t>- ________________________________________________________________</w:t>
      </w:r>
    </w:p>
    <w:p>
      <w:r>
        <w:rPr>
          <w:b w:val="0"/>
          <w:sz w:val="20"/>
        </w:rPr>
        <w:t>- ________________________________________________________________</w:t>
      </w:r>
    </w:p>
    <w:p/>
    <w:p>
      <w:r>
        <w:rPr>
          <w:b/>
          <w:sz w:val="20"/>
        </w:rPr>
        <w:t>5. FINANCIAL ARRANGEMENTS</w:t>
      </w:r>
    </w:p>
    <w:p>
      <w:r>
        <w:rPr>
          <w:b w:val="0"/>
          <w:sz w:val="20"/>
        </w:rPr>
        <w:t>5.1 The parties agree to the following financial terms:</w:t>
      </w:r>
    </w:p>
    <w:p>
      <w:r>
        <w:rPr>
          <w:b w:val="0"/>
          <w:sz w:val="20"/>
        </w:rPr>
        <w:t>- Contribution of Party A: _______________________________________________</w:t>
      </w:r>
    </w:p>
    <w:p>
      <w:r>
        <w:rPr>
          <w:b w:val="0"/>
          <w:sz w:val="20"/>
        </w:rPr>
        <w:t>- Contribution of Party B: _______________________________________________</w:t>
      </w:r>
    </w:p>
    <w:p>
      <w:r>
        <w:rPr>
          <w:b w:val="0"/>
          <w:sz w:val="20"/>
        </w:rPr>
        <w:t>- Profit and loss sharing ratio: _________________________________________</w:t>
      </w:r>
    </w:p>
    <w:p>
      <w:r>
        <w:rPr>
          <w:b w:val="0"/>
          <w:sz w:val="20"/>
        </w:rPr>
        <w:t>5.2 Each party shall bear its own costs and expenses unless otherwise agreed in writing.</w:t>
      </w:r>
    </w:p>
    <w:p/>
    <w:p>
      <w:r>
        <w:rPr>
          <w:b/>
          <w:sz w:val="20"/>
        </w:rPr>
        <w:t>6. CONFIDENTIALITY</w:t>
      </w:r>
    </w:p>
    <w:p>
      <w:r>
        <w:rPr>
          <w:b w:val="0"/>
          <w:sz w:val="20"/>
        </w:rPr>
        <w:t>6.1 Each party agrees to keep confidential and not disclose to any third party any Confidential Information received from the other party, except as required by law or with prior written consent.</w:t>
      </w:r>
    </w:p>
    <w:p>
      <w:r>
        <w:rPr>
          <w:b w:val="0"/>
          <w:sz w:val="20"/>
        </w:rPr>
        <w:t>6.2 This clause shall survive termination of the Agreement for a period of five (5) years.</w:t>
      </w:r>
    </w:p>
    <w:p/>
    <w:p>
      <w:r>
        <w:rPr>
          <w:b/>
          <w:sz w:val="20"/>
        </w:rPr>
        <w:t>7. INTELLECTUAL PROPERTY</w:t>
      </w:r>
    </w:p>
    <w:p>
      <w:r>
        <w:rPr>
          <w:b w:val="0"/>
          <w:sz w:val="20"/>
        </w:rPr>
        <w:t>7.1 Any intellectual property created jointly by the parties in connection with this Agreement shall be owned jointly unless otherwise agreed in writing.</w:t>
      </w:r>
    </w:p>
    <w:p>
      <w:r>
        <w:rPr>
          <w:b w:val="0"/>
          <w:sz w:val="20"/>
        </w:rPr>
        <w:t>7.2 Pre-existing intellectual property of each party shall remain the sole property of that party.</w:t>
      </w:r>
    </w:p>
    <w:p/>
    <w:p>
      <w:r>
        <w:rPr>
          <w:b/>
          <w:sz w:val="20"/>
        </w:rPr>
        <w:t>8. LIABILITY AND INDEMNITY</w:t>
      </w:r>
    </w:p>
    <w:p>
      <w:r>
        <w:rPr>
          <w:b w:val="0"/>
          <w:sz w:val="20"/>
        </w:rPr>
        <w:t>8.1 Neither party shall be liable for any indirect, incidental, special, or consequential damages arising out of or in connection with this Agreement.</w:t>
      </w:r>
    </w:p>
    <w:p>
      <w:r>
        <w:rPr>
          <w:b w:val="0"/>
          <w:sz w:val="20"/>
        </w:rPr>
        <w:t>8.2 Each party agrees to indemnify and hold harmless the other party against any claims, losses, or damages arising from its breach of this Agreement or negligence.</w:t>
      </w:r>
    </w:p>
    <w:p/>
    <w:p>
      <w:r>
        <w:rPr>
          <w:b/>
          <w:sz w:val="20"/>
        </w:rPr>
        <w:t>9. DISPUTE RESOLUTION</w:t>
      </w:r>
    </w:p>
    <w:p>
      <w:r>
        <w:rPr>
          <w:b w:val="0"/>
          <w:sz w:val="20"/>
        </w:rPr>
        <w:t>9.1 The parties shall first seek to resolve any disputes amicably through good faith negotiations.</w:t>
      </w:r>
    </w:p>
    <w:p>
      <w:r>
        <w:rPr>
          <w:b w:val="0"/>
          <w:sz w:val="20"/>
        </w:rPr>
        <w:t>9.2 If unresolved, disputes shall be referred to mediation in accordance with the Centre for Effective Dispute Resolution (CEDR) model mediation procedure.</w:t>
      </w:r>
    </w:p>
    <w:p>
      <w:r>
        <w:rPr>
          <w:b w:val="0"/>
          <w:sz w:val="20"/>
        </w:rPr>
        <w:t>9.3 If mediation fails, disputes shall be finally resolved by the courts of England and Wales.</w:t>
      </w:r>
    </w:p>
    <w:p/>
    <w:p>
      <w:r>
        <w:rPr>
          <w:b/>
          <w:sz w:val="20"/>
        </w:rPr>
        <w:t>10. GOVERNING LAW</w:t>
      </w:r>
    </w:p>
    <w:p>
      <w:r>
        <w:rPr>
          <w:b w:val="0"/>
          <w:sz w:val="20"/>
        </w:rPr>
        <w:t>This Agreement shall be governed by and construed in accordance with the laws of England and Wales.</w:t>
      </w:r>
    </w:p>
    <w:p/>
    <w:p>
      <w:r>
        <w:rPr>
          <w:b/>
          <w:sz w:val="20"/>
        </w:rPr>
        <w:t>11. ENTIRE AGREEMENT</w:t>
      </w:r>
    </w:p>
    <w:p>
      <w:r>
        <w:rPr>
          <w:b w:val="0"/>
          <w:sz w:val="20"/>
        </w:rPr>
        <w:t>This Agreement constitutes the entire agreement between the parties and supersedes all prior agreements, understandings, and negotiations, whether written or oral, relating to its subject matter.</w:t>
      </w:r>
    </w:p>
    <w:p/>
    <w:p>
      <w:r>
        <w:rPr>
          <w:b/>
          <w:sz w:val="20"/>
        </w:rPr>
        <w:t>12. AMENDMENTS</w:t>
      </w:r>
    </w:p>
    <w:p>
      <w:r>
        <w:rPr>
          <w:b w:val="0"/>
          <w:sz w:val="20"/>
        </w:rPr>
        <w:t>No amendment or variation of this Agreement shall be effective unless in writing and signed by both parties.</w:t>
      </w:r>
    </w:p>
    <w:p/>
    <w:p>
      <w:r>
        <w:rPr>
          <w:b/>
          <w:sz w:val="20"/>
        </w:rPr>
        <w:t>13. NOTICES</w:t>
      </w:r>
    </w:p>
    <w:p>
      <w:r>
        <w:rPr>
          <w:b w:val="0"/>
          <w:sz w:val="20"/>
        </w:rPr>
        <w:t>All notices under this Agreement shall be in writing and delivered by hand, sent by prepaid first-class post or recorded delivery, or by email to the respective contact details provided by each party.</w:t>
      </w:r>
    </w:p>
    <w:p/>
    <w:p>
      <w:r>
        <w:rPr>
          <w:b/>
          <w:sz w:val="20"/>
        </w:rPr>
        <w:t>14. SEVERABILITY</w:t>
      </w:r>
    </w:p>
    <w:p>
      <w:r>
        <w:rPr>
          <w:b w:val="0"/>
          <w:sz w:val="20"/>
        </w:rPr>
        <w:t>If any provision of this Agreement is found to be invalid or unenforceable, the remainder of the Agreement shall remain in full force and effect.</w:t>
      </w:r>
    </w:p>
    <w:p/>
    <w:p>
      <w:r>
        <w:rPr>
          <w:b/>
          <w:sz w:val="20"/>
        </w:rPr>
        <w:t>15. COUNTERPARTS</w:t>
      </w:r>
    </w:p>
    <w:p>
      <w:r>
        <w:rPr>
          <w:b w:val="0"/>
          <w:sz w:val="20"/>
        </w:rPr>
        <w:t>This Agreement may be executed in any number of counterparts, each of which shall be deemed an original but all of which together shall constitute one and the same instrument.</w:t>
      </w:r>
    </w:p>
    <w:p/>
    <w:p/>
    <w:p>
      <w:r>
        <w:rPr>
          <w:b w:val="0"/>
          <w:sz w:val="20"/>
        </w:rPr>
        <w:t>Place of signature: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_________________________________</w:t>
              <w:br/>
              <w:t>Title/Position: _________________________</w:t>
            </w:r>
          </w:p>
        </w:tc>
        <w:tc>
          <w:tcPr>
            <w:tcW w:type="dxa" w:w="4986"/>
            <w:tcBorders>
              <w:top w:val="nil"/>
              <w:left w:val="nil"/>
              <w:bottom w:val="nil"/>
              <w:right w:val="nil"/>
              <w:insideH w:val="nil"/>
              <w:insideV w:val="nil"/>
            </w:tcBorders>
          </w:tcPr>
          <w:p>
            <w:pPr>
              <w:jc w:val="center"/>
            </w:pPr>
            <w:r>
              <w:t>Name: _________________________________</w:t>
              <w:br/>
              <w:t>Title/Position: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https://legaltemplates-uk.com/partner-agreement/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partner-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