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PART-TIME EMPLOYMENT CONTRACT</w:t>
      </w:r>
    </w:p>
    <w:p/>
    <w:p>
      <w:r>
        <w:rPr>
          <w:b/>
          <w:sz w:val="20"/>
        </w:rPr>
        <w:t>This Contract is made between:</w:t>
      </w:r>
    </w:p>
    <w:p>
      <w:r>
        <w:rPr>
          <w:b/>
          <w:sz w:val="20"/>
        </w:rPr>
        <w:t>Employer:</w:t>
      </w:r>
    </w:p>
    <w:p>
      <w:r>
        <w:rPr>
          <w:b w:val="0"/>
          <w:sz w:val="20"/>
        </w:rPr>
        <w:t>Name: _________________________________________________________________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</w:t>
      </w:r>
    </w:p>
    <w:p/>
    <w:p>
      <w:r>
        <w:rPr>
          <w:b/>
          <w:sz w:val="20"/>
        </w:rPr>
        <w:t>Employee:</w:t>
      </w:r>
    </w:p>
    <w:p>
      <w:r>
        <w:rPr>
          <w:b w:val="0"/>
          <w:sz w:val="20"/>
        </w:rPr>
        <w:t>Name: _________________________________________________________________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</w:t>
      </w:r>
    </w:p>
    <w:p/>
    <w:p>
      <w:r>
        <w:rPr>
          <w:b/>
          <w:sz w:val="20"/>
        </w:rPr>
        <w:t>WHEREAS the Employer wishes to employ the Employee on a part-time basis under the terms set out below;</w:t>
      </w:r>
    </w:p>
    <w:p/>
    <w:p>
      <w:r>
        <w:rPr>
          <w:b/>
          <w:sz w:val="20"/>
        </w:rPr>
        <w:t>1. POSITION AND DUTIES</w:t>
      </w:r>
    </w:p>
    <w:p>
      <w:r>
        <w:rPr>
          <w:b w:val="0"/>
          <w:sz w:val="20"/>
        </w:rPr>
        <w:t>1.1 The Employer agrees to employ the Employee in the position of ________________________________________.</w:t>
      </w:r>
    </w:p>
    <w:p>
      <w:r>
        <w:rPr>
          <w:b w:val="0"/>
          <w:sz w:val="20"/>
        </w:rPr>
        <w:t>1.2 The Employee agrees to carry out the duties and responsibilities as may reasonably be assigned by the Employer.</w:t>
      </w:r>
    </w:p>
    <w:p>
      <w:r>
        <w:rPr>
          <w:b w:val="0"/>
          <w:sz w:val="20"/>
        </w:rPr>
        <w:t>1.3 The Employee shall comply with all lawful and reasonable instructions given by the Employer.</w:t>
      </w:r>
    </w:p>
    <w:p/>
    <w:p>
      <w:r>
        <w:rPr>
          <w:b/>
          <w:sz w:val="20"/>
        </w:rPr>
        <w:t>2. COMMENCEMENT AND DURATION</w:t>
      </w:r>
    </w:p>
    <w:p>
      <w:r>
        <w:rPr>
          <w:b w:val="0"/>
          <w:sz w:val="20"/>
        </w:rPr>
        <w:t>2.1 This Contract shall commence on the date of signature by both parties and shall continue until terminated in accordance with this Contract.</w:t>
      </w:r>
    </w:p>
    <w:p/>
    <w:p>
      <w:r>
        <w:rPr>
          <w:b/>
          <w:sz w:val="20"/>
        </w:rPr>
        <w:t>3. HOURS OF WORK</w:t>
      </w:r>
    </w:p>
    <w:p>
      <w:r>
        <w:rPr>
          <w:b w:val="0"/>
          <w:sz w:val="20"/>
        </w:rPr>
        <w:t>3.1 The Employee shall work on a part-time basis for a minimum of ______ hours per week.</w:t>
      </w:r>
    </w:p>
    <w:p>
      <w:r>
        <w:rPr>
          <w:b w:val="0"/>
          <w:sz w:val="20"/>
        </w:rPr>
        <w:t>3.2 The usual working hours shall be: ____________________________________________.</w:t>
      </w:r>
    </w:p>
    <w:p>
      <w:r>
        <w:rPr>
          <w:b w:val="0"/>
          <w:sz w:val="20"/>
        </w:rPr>
        <w:t>3.3 The Employee agrees that working hours may be subject to reasonable changes upon mutual agreement.</w:t>
      </w:r>
    </w:p>
    <w:p/>
    <w:p>
      <w:r>
        <w:rPr>
          <w:b/>
          <w:sz w:val="20"/>
        </w:rPr>
        <w:t>4. PLACE OF WORK</w:t>
      </w:r>
    </w:p>
    <w:p>
      <w:r>
        <w:rPr>
          <w:b w:val="0"/>
          <w:sz w:val="20"/>
        </w:rPr>
        <w:t>4.1 The Employee's primary place of work shall be: ________________________________.</w:t>
      </w:r>
    </w:p>
    <w:p>
      <w:r>
        <w:rPr>
          <w:b w:val="0"/>
          <w:sz w:val="20"/>
        </w:rPr>
        <w:t>4.2 The Employer reserves the right to require the Employee to work at any other reasonable location within a commutable distance.</w:t>
      </w:r>
    </w:p>
    <w:p/>
    <w:p>
      <w:r>
        <w:rPr>
          <w:b/>
          <w:sz w:val="20"/>
        </w:rPr>
        <w:t>5. REMUNERATION</w:t>
      </w:r>
    </w:p>
    <w:p>
      <w:r>
        <w:rPr>
          <w:b w:val="0"/>
          <w:sz w:val="20"/>
        </w:rPr>
        <w:t>5.1 The Employee shall be paid at the rate of £____________ per hour.</w:t>
      </w:r>
    </w:p>
    <w:p>
      <w:r>
        <w:rPr>
          <w:b w:val="0"/>
          <w:sz w:val="20"/>
        </w:rPr>
        <w:t>5.2 Payments shall be made monthly/weekly (delete as appropriate) in arrears by bank transfer or other agreed method.</w:t>
      </w:r>
    </w:p>
    <w:p>
      <w:r>
        <w:rPr>
          <w:b w:val="0"/>
          <w:sz w:val="20"/>
        </w:rPr>
        <w:t>5.3 The Employee is responsible for declaring and paying any taxes due on remuneration received.</w:t>
      </w:r>
    </w:p>
    <w:p/>
    <w:p>
      <w:r>
        <w:rPr>
          <w:b/>
          <w:sz w:val="20"/>
        </w:rPr>
        <w:t>6. HOLIDAYS</w:t>
      </w:r>
    </w:p>
    <w:p>
      <w:r>
        <w:rPr>
          <w:b w:val="0"/>
          <w:sz w:val="20"/>
        </w:rPr>
        <w:t>6.1 The Employee is entitled to statutory holiday entitlement pro-rated according to hours worked.</w:t>
      </w:r>
    </w:p>
    <w:p>
      <w:r>
        <w:rPr>
          <w:b w:val="0"/>
          <w:sz w:val="20"/>
        </w:rPr>
        <w:t>6.2 Holiday requests must be made in writing and approved in advance by the Employer.</w:t>
      </w:r>
    </w:p>
    <w:p/>
    <w:p>
      <w:r>
        <w:rPr>
          <w:b/>
          <w:sz w:val="20"/>
        </w:rPr>
        <w:t>7. SICKNESS AND ABSENCE</w:t>
      </w:r>
    </w:p>
    <w:p>
      <w:r>
        <w:rPr>
          <w:b w:val="0"/>
          <w:sz w:val="20"/>
        </w:rPr>
        <w:t>7.1 The Employee must notify the Employer as soon as possible of any absence due to illness or other reasons.</w:t>
      </w:r>
    </w:p>
    <w:p>
      <w:r>
        <w:rPr>
          <w:b w:val="0"/>
          <w:sz w:val="20"/>
        </w:rPr>
        <w:t>7.2 Statutory sick pay will be provided where applicable, subject to eligibility.</w:t>
      </w:r>
    </w:p>
    <w:p/>
    <w:p>
      <w:r>
        <w:rPr>
          <w:b/>
          <w:sz w:val="20"/>
        </w:rPr>
        <w:t>8. CONFIDENTIALITY</w:t>
      </w:r>
    </w:p>
    <w:p>
      <w:r>
        <w:rPr>
          <w:b w:val="0"/>
          <w:sz w:val="20"/>
        </w:rPr>
        <w:t>8.1 The Employee shall not disclose any confidential information relating to the Employer's business during or after the termination of employment.</w:t>
      </w:r>
    </w:p>
    <w:p>
      <w:r>
        <w:rPr>
          <w:b w:val="0"/>
          <w:sz w:val="20"/>
        </w:rPr>
        <w:t>8.2 This obligation shall continue indefinitely beyond the end of employment.</w:t>
      </w:r>
    </w:p>
    <w:p/>
    <w:p>
      <w:r>
        <w:rPr>
          <w:b/>
          <w:sz w:val="20"/>
        </w:rPr>
        <w:t>9. DATA PROTECTION</w:t>
      </w:r>
    </w:p>
    <w:p>
      <w:r>
        <w:rPr>
          <w:b w:val="0"/>
          <w:sz w:val="20"/>
        </w:rPr>
        <w:t>9.1 The Employee consents to the Employer processing personal data as necessary for the employment relationship.</w:t>
      </w:r>
    </w:p>
    <w:p>
      <w:r>
        <w:rPr>
          <w:b w:val="0"/>
          <w:sz w:val="20"/>
        </w:rPr>
        <w:t>9.2 Both parties shall comply with applicable data protection legislation.</w:t>
      </w:r>
    </w:p>
    <w:p/>
    <w:p>
      <w:r>
        <w:rPr>
          <w:b/>
          <w:sz w:val="20"/>
        </w:rPr>
        <w:t>10. TERMINATION</w:t>
      </w:r>
    </w:p>
    <w:p>
      <w:r>
        <w:rPr>
          <w:b w:val="0"/>
          <w:sz w:val="20"/>
        </w:rPr>
        <w:t>10.1 Either party may terminate this Contract by giving the other party written notice of at least ______ weeks.</w:t>
      </w:r>
    </w:p>
    <w:p>
      <w:r>
        <w:rPr>
          <w:b w:val="0"/>
          <w:sz w:val="20"/>
        </w:rPr>
        <w:t>10.2 The Employer may terminate without notice in cases of gross misconduct.</w:t>
      </w:r>
    </w:p>
    <w:p>
      <w:r>
        <w:rPr>
          <w:b w:val="0"/>
          <w:sz w:val="20"/>
        </w:rPr>
        <w:t>10.3 Upon termination, the Employee shall return all Employer property and confidential information.</w:t>
      </w:r>
    </w:p>
    <w:p/>
    <w:p>
      <w:r>
        <w:rPr>
          <w:b/>
          <w:sz w:val="20"/>
        </w:rPr>
        <w:t>11. STATUTORY RIGHTS</w:t>
      </w:r>
    </w:p>
    <w:p>
      <w:r>
        <w:rPr>
          <w:b w:val="0"/>
          <w:sz w:val="20"/>
        </w:rPr>
        <w:t>11.1 Nothing in this Contract shall affect the Employee's statutory rights under UK employment law.</w:t>
      </w:r>
    </w:p>
    <w:p/>
    <w:p>
      <w:r>
        <w:rPr>
          <w:b/>
          <w:sz w:val="20"/>
        </w:rPr>
        <w:t>12. HEALTH AND SAFETY</w:t>
      </w:r>
    </w:p>
    <w:p>
      <w:r>
        <w:rPr>
          <w:b w:val="0"/>
          <w:sz w:val="20"/>
        </w:rPr>
        <w:t>12.1 The Employer shall take all reasonable steps to ensure the Employee’s health, safety, and welfare at work.</w:t>
      </w:r>
    </w:p>
    <w:p>
      <w:r>
        <w:rPr>
          <w:b w:val="0"/>
          <w:sz w:val="20"/>
        </w:rPr>
        <w:t>12.2 The Employee shall comply with all health and safety policies and procedures.</w:t>
      </w:r>
    </w:p>
    <w:p/>
    <w:p>
      <w:r>
        <w:rPr>
          <w:b/>
          <w:sz w:val="20"/>
        </w:rPr>
        <w:t>13. AMENDMENTS</w:t>
      </w:r>
    </w:p>
    <w:p>
      <w:r>
        <w:rPr>
          <w:b w:val="0"/>
          <w:sz w:val="20"/>
        </w:rPr>
        <w:t>13.1 Any amendments to this Contract shall be made in writing and signed by both parties.</w:t>
      </w:r>
    </w:p>
    <w:p/>
    <w:p>
      <w:r>
        <w:rPr>
          <w:b/>
          <w:sz w:val="20"/>
        </w:rPr>
        <w:t>14. GOVERNING LAW AND JURISDICTION</w:t>
      </w:r>
    </w:p>
    <w:p>
      <w:r>
        <w:rPr>
          <w:b w:val="0"/>
          <w:sz w:val="20"/>
        </w:rPr>
        <w:t>14.1 This Contract shall be governed by and construed in accordance with the laws of England and Wales.</w:t>
      </w:r>
    </w:p>
    <w:p>
      <w:r>
        <w:rPr>
          <w:b w:val="0"/>
          <w:sz w:val="20"/>
        </w:rPr>
        <w:t>14.2 The parties submit to the exclusive jurisdiction of the courts of England and Wales for any dispute arising out of or in connection with this Contract.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>
      <w:r>
        <w:rPr>
          <w:b w:val="0"/>
          <w:sz w:val="20"/>
        </w:rPr>
        <w:t>Date of signature: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https://legaltemplates-uk.com/part-time-contract/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part-time-contract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