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NIGHT WORKERS OPT OUT AGREEMENT</w:t>
      </w:r>
    </w:p>
    <w:p/>
    <w:p>
      <w:r>
        <w:rPr>
          <w:b/>
          <w:sz w:val="20"/>
        </w:rPr>
        <w:t>This Agreement is made between:</w:t>
      </w:r>
    </w:p>
    <w:p>
      <w:r>
        <w:rPr>
          <w:b/>
          <w:sz w:val="20"/>
        </w:rPr>
        <w:t>Employer:</w:t>
      </w:r>
    </w:p>
    <w:p>
      <w:r>
        <w:rPr>
          <w:b w:val="0"/>
          <w:sz w:val="20"/>
        </w:rPr>
        <w:t>Name: _____________________________________________________________</w:t>
      </w:r>
    </w:p>
    <w:p>
      <w:r>
        <w:rPr>
          <w:b w:val="0"/>
          <w:sz w:val="20"/>
        </w:rPr>
        <w:t>Address: ___________________________________________________________</w:t>
      </w:r>
    </w:p>
    <w:p>
      <w:r>
        <w:rPr>
          <w:b w:val="0"/>
          <w:sz w:val="20"/>
        </w:rPr>
        <w:t>Contact Number: ____________________________________________________</w:t>
      </w:r>
    </w:p>
    <w:p/>
    <w:p>
      <w:r>
        <w:rPr>
          <w:b/>
          <w:sz w:val="20"/>
        </w:rPr>
        <w:t>Employee:</w:t>
      </w:r>
    </w:p>
    <w:p>
      <w:r>
        <w:rPr>
          <w:b w:val="0"/>
          <w:sz w:val="20"/>
        </w:rPr>
        <w:t>Full Name: _________________________________________________________</w:t>
      </w:r>
    </w:p>
    <w:p>
      <w:r>
        <w:rPr>
          <w:b w:val="0"/>
          <w:sz w:val="20"/>
        </w:rPr>
        <w:t>Address: ___________________________________________________________</w:t>
      </w:r>
    </w:p>
    <w:p>
      <w:r>
        <w:rPr>
          <w:b w:val="0"/>
          <w:sz w:val="20"/>
        </w:rPr>
        <w:t>Contact Number: ____________________________________________________</w:t>
      </w:r>
    </w:p>
    <w:p/>
    <w:p>
      <w:r>
        <w:rPr>
          <w:b/>
          <w:sz w:val="20"/>
        </w:rPr>
        <w:t>RECITALS</w:t>
      </w:r>
    </w:p>
    <w:p>
      <w:r>
        <w:rPr>
          <w:b w:val="0"/>
          <w:sz w:val="20"/>
        </w:rPr>
        <w:t>The Employer employs the Employee under a contract of employment which includes night work.</w:t>
      </w:r>
    </w:p>
    <w:p>
      <w:r>
        <w:rPr>
          <w:b w:val="0"/>
          <w:sz w:val="20"/>
        </w:rPr>
        <w:t>The Employee has agreed to waive the right to the limits on night work hours under the Working Time Regulations 1998 (as amended) by entering into this Night Workers Opt Out Agreement.</w:t>
      </w:r>
    </w:p>
    <w:p>
      <w:r>
        <w:rPr>
          <w:b w:val="0"/>
          <w:sz w:val="20"/>
        </w:rPr>
        <w:t>This Agreement complies with UK law and ensures the Employee consents to work more than the prescribed night work limits.</w:t>
      </w:r>
    </w:p>
    <w:p/>
    <w:p>
      <w:r>
        <w:rPr>
          <w:b/>
          <w:sz w:val="20"/>
        </w:rPr>
        <w:t>1. Definitions</w:t>
      </w:r>
    </w:p>
    <w:p>
      <w:r>
        <w:rPr>
          <w:b w:val="0"/>
          <w:sz w:val="20"/>
        </w:rPr>
        <w:t>“Night work” means any work done during a period of at least seven hours which includes the period from 11pm to 6am or any other period agreed between the parties in writing.</w:t>
      </w:r>
    </w:p>
    <w:p>
      <w:r>
        <w:rPr>
          <w:b w:val="0"/>
          <w:sz w:val="20"/>
        </w:rPr>
        <w:t>“Night worker” means an employee who is required to perform night work as defined above.</w:t>
      </w:r>
    </w:p>
    <w:p/>
    <w:p>
      <w:r>
        <w:rPr>
          <w:b/>
          <w:sz w:val="20"/>
        </w:rPr>
        <w:t>2. Employee’s Agreement to Opt Out</w:t>
      </w:r>
    </w:p>
    <w:p>
      <w:r>
        <w:rPr>
          <w:b w:val="0"/>
          <w:sz w:val="20"/>
        </w:rPr>
        <w:t>The Employee hereby agrees to waive the right to the maximum average limit of 8 hours of night work in any 24-hour period, as set out in regulation 19 of the Working Time Regulations 1998 (as amended), and consents to work such hours of night work as required by the Employer.</w:t>
      </w:r>
    </w:p>
    <w:p/>
    <w:p>
      <w:r>
        <w:rPr>
          <w:b/>
          <w:sz w:val="20"/>
        </w:rPr>
        <w:t>3. Duration and Withdrawal of Consent</w:t>
      </w:r>
    </w:p>
    <w:p>
      <w:r>
        <w:rPr>
          <w:b w:val="0"/>
          <w:sz w:val="20"/>
        </w:rPr>
        <w:t>This Agreement shall remain in force until terminated by either party giving at least 7 days’ written notice to the other party.</w:t>
      </w:r>
    </w:p>
    <w:p>
      <w:r>
        <w:rPr>
          <w:b w:val="0"/>
          <w:sz w:val="20"/>
        </w:rPr>
        <w:t>The Employee may withdraw this consent at any time by providing written notice to the Employer. Withdrawal will take effect 7 days after receipt of such notice by the Employer.</w:t>
      </w:r>
    </w:p>
    <w:p/>
    <w:p>
      <w:r>
        <w:rPr>
          <w:b/>
          <w:sz w:val="20"/>
        </w:rPr>
        <w:t>4. Employer’s Obligations</w:t>
      </w:r>
    </w:p>
    <w:p>
      <w:r>
        <w:rPr>
          <w:b w:val="0"/>
          <w:sz w:val="20"/>
        </w:rPr>
        <w:t>The Employer shall ensure that the Employee’s health is monitored in accordance with regulation 21 of the Working Time Regulations.</w:t>
      </w:r>
    </w:p>
    <w:p>
      <w:r>
        <w:rPr>
          <w:b w:val="0"/>
          <w:sz w:val="20"/>
        </w:rPr>
        <w:t>The Employer will take appropriate steps to reduce risks related to night work and provide health assessments where necessary.</w:t>
      </w:r>
    </w:p>
    <w:p/>
    <w:p>
      <w:r>
        <w:rPr>
          <w:b/>
          <w:sz w:val="20"/>
        </w:rPr>
        <w:t>5. Health and Safety</w:t>
      </w:r>
    </w:p>
    <w:p>
      <w:r>
        <w:rPr>
          <w:b w:val="0"/>
          <w:sz w:val="20"/>
        </w:rPr>
        <w:t>The Employee must notify the Employer if they experience any health problems related to night work.</w:t>
      </w:r>
    </w:p>
    <w:p>
      <w:r>
        <w:rPr>
          <w:b w:val="0"/>
          <w:sz w:val="20"/>
        </w:rPr>
        <w:t>The Employer will take reasonable steps to provide a safe working environment and comply with all relevant health and safety legislation.</w:t>
      </w:r>
    </w:p>
    <w:p/>
    <w:p>
      <w:r>
        <w:rPr>
          <w:b/>
          <w:sz w:val="20"/>
        </w:rPr>
        <w:t>6. Working Hours and Rest Periods</w:t>
      </w:r>
    </w:p>
    <w:p>
      <w:r>
        <w:rPr>
          <w:b w:val="0"/>
          <w:sz w:val="20"/>
        </w:rPr>
        <w:t>Despite this Agreement, the Employee is entitled to all other rights under the Working Time Regulations 1998, including rest breaks, daily rest, and weekly rest periods.</w:t>
      </w:r>
    </w:p>
    <w:p>
      <w:r>
        <w:rPr>
          <w:b w:val="0"/>
          <w:sz w:val="20"/>
        </w:rPr>
        <w:t>The Employer will ensure compliance with these provisions except for the limit on night work hours which is opted out of by this Agreement.</w:t>
      </w:r>
    </w:p>
    <w:p/>
    <w:p>
      <w:r>
        <w:rPr>
          <w:b/>
          <w:sz w:val="20"/>
        </w:rPr>
        <w:t>7. No Pressure or Coercion</w:t>
      </w:r>
    </w:p>
    <w:p>
      <w:r>
        <w:rPr>
          <w:b w:val="0"/>
          <w:sz w:val="20"/>
        </w:rPr>
        <w:t>The Employee confirms that they have entered into this Agreement voluntarily and without any pressure, coercion or undue influence.</w:t>
      </w:r>
    </w:p>
    <w:p>
      <w:r>
        <w:rPr>
          <w:b w:val="0"/>
          <w:sz w:val="20"/>
        </w:rPr>
        <w:t>The Employee understands the implications of opting out of the night work limits and has had the opportunity to seek independent advice if desired.</w:t>
      </w:r>
    </w:p>
    <w:p/>
    <w:p>
      <w:r>
        <w:rPr>
          <w:b/>
          <w:sz w:val="20"/>
        </w:rPr>
        <w:t>8. Entire Agreement</w:t>
      </w:r>
    </w:p>
    <w:p>
      <w:r>
        <w:rPr>
          <w:b w:val="0"/>
          <w:sz w:val="20"/>
        </w:rPr>
        <w:t>This Agreement constitutes the entire agreement between the Employer and the Employee relating to night work opt-out and supersedes any prior agreement or understanding.</w:t>
      </w:r>
    </w:p>
    <w:p>
      <w:r>
        <w:rPr>
          <w:b w:val="0"/>
          <w:sz w:val="20"/>
        </w:rPr>
        <w:t>Any amendments must be in writing and signed by both parties.</w:t>
      </w:r>
    </w:p>
    <w:p/>
    <w:p>
      <w:r>
        <w:rPr>
          <w:b/>
          <w:sz w:val="20"/>
        </w:rPr>
        <w:t>9. Governing Law and Jurisdiction</w:t>
      </w:r>
    </w:p>
    <w:p>
      <w:r>
        <w:rPr>
          <w:b w:val="0"/>
          <w:sz w:val="20"/>
        </w:rPr>
        <w:t>This Agreement shall be governed by and construed in accordance with the laws of England and Wales.</w:t>
      </w:r>
    </w:p>
    <w:p>
      <w:r>
        <w:rPr>
          <w:b w:val="0"/>
          <w:sz w:val="20"/>
        </w:rPr>
        <w:t>Any dispute arising under or in connection with this Agreement shall be subject to the exclusive jurisdiction of the courts of England and Wales.</w:t>
      </w:r>
    </w:p>
    <w:p/>
    <w:p/>
    <w:p>
      <w:r>
        <w:rPr>
          <w:b w:val="0"/>
          <w:sz w:val="20"/>
        </w:rPr>
        <w:t>Place of signature: ________________________________________________</w:t>
      </w:r>
    </w:p>
    <w:p>
      <w:r>
        <w:rPr>
          <w:b w:val="0"/>
          <w:sz w:val="20"/>
        </w:rPr>
        <w:t>Date of signature: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https://legaltemplates-uk.com/night-workers-opt-out-agreement/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night-workers-opt-out-agreement/"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