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NHS COMPLAINT LETTER</w:t>
      </w:r>
    </w:p>
    <w:p/>
    <w:p>
      <w:r>
        <w:rPr>
          <w:b w:val="0"/>
          <w:sz w:val="20"/>
        </w:rPr>
        <w:t>To:</w:t>
      </w:r>
    </w:p>
    <w:p>
      <w:r>
        <w:rPr>
          <w:b w:val="0"/>
          <w:sz w:val="20"/>
        </w:rPr>
        <w:t>Patient Experience Team</w:t>
      </w:r>
    </w:p>
    <w:p>
      <w:r>
        <w:rPr>
          <w:b w:val="0"/>
          <w:sz w:val="20"/>
        </w:rPr>
        <w:t>NHS Trust</w:t>
      </w:r>
    </w:p>
    <w:p>
      <w:r>
        <w:rPr>
          <w:b w:val="0"/>
          <w:sz w:val="20"/>
        </w:rPr>
        <w:t>Address Line 1</w:t>
      </w:r>
    </w:p>
    <w:p>
      <w:r>
        <w:rPr>
          <w:b w:val="0"/>
          <w:sz w:val="20"/>
        </w:rPr>
        <w:t>Address Line 2</w:t>
      </w:r>
    </w:p>
    <w:p>
      <w:r>
        <w:rPr>
          <w:b w:val="0"/>
          <w:sz w:val="20"/>
        </w:rPr>
        <w:t>City</w:t>
      </w:r>
    </w:p>
    <w:p>
      <w:r>
        <w:rPr>
          <w:b w:val="0"/>
          <w:sz w:val="20"/>
        </w:rPr>
        <w:t>Postcode</w:t>
      </w:r>
    </w:p>
    <w:p/>
    <w:p/>
    <w:p>
      <w:r>
        <w:rPr>
          <w:b w:val="0"/>
          <w:sz w:val="20"/>
        </w:rPr>
        <w:t>From:</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___________________________________ Postcode: ____________________</w:t>
      </w:r>
    </w:p>
    <w:p>
      <w:r>
        <w:rPr>
          <w:b w:val="0"/>
          <w:sz w:val="20"/>
        </w:rPr>
        <w:t>Telephone: _____________________________________________________________</w:t>
      </w:r>
    </w:p>
    <w:p>
      <w:r>
        <w:rPr>
          <w:b w:val="0"/>
          <w:sz w:val="20"/>
        </w:rPr>
        <w:t>Email: _________________________________________________________________</w:t>
      </w:r>
    </w:p>
    <w:p/>
    <w:p/>
    <w:p>
      <w:r>
        <w:rPr>
          <w:b/>
          <w:sz w:val="20"/>
        </w:rPr>
        <w:t>Subject: Formal Complaint Regarding NHS Care and Treatment</w:t>
      </w:r>
    </w:p>
    <w:p/>
    <w:p>
      <w:r>
        <w:rPr>
          <w:b w:val="0"/>
          <w:sz w:val="20"/>
        </w:rPr>
        <w:t>Dear Sir/Madam,</w:t>
      </w:r>
    </w:p>
    <w:p/>
    <w:p>
      <w:r>
        <w:rPr>
          <w:b w:val="0"/>
          <w:sz w:val="20"/>
        </w:rPr>
        <w:t>I am writing to formally raise a complaint regarding the care and treatment I received while under the care of the NHS. I expect this matter to be treated seriously and handled in accordance with NHS complaints procedure and relevant legislation.</w:t>
      </w:r>
    </w:p>
    <w:p/>
    <w:p/>
    <w:p>
      <w:r>
        <w:rPr>
          <w:b/>
          <w:sz w:val="22"/>
        </w:rPr>
        <w:t>Patient Details</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NHS Number (if known): _________________________________________________</w:t>
      </w:r>
    </w:p>
    <w:p>
      <w:r>
        <w:rPr>
          <w:b w:val="0"/>
          <w:sz w:val="20"/>
        </w:rPr>
        <w:t>Hospital Number (if known): _____________________________________________</w:t>
      </w:r>
    </w:p>
    <w:p>
      <w:r>
        <w:rPr>
          <w:b w:val="0"/>
          <w:sz w:val="20"/>
        </w:rPr>
        <w:t>GP Practice Name and Address: __________________________________________</w:t>
      </w:r>
    </w:p>
    <w:p/>
    <w:p>
      <w:r>
        <w:rPr>
          <w:b/>
          <w:sz w:val="22"/>
        </w:rPr>
        <w:t>Details of Complaint</w:t>
      </w:r>
    </w:p>
    <w:p>
      <w:r>
        <w:rPr>
          <w:b w:val="0"/>
          <w:sz w:val="20"/>
        </w:rPr>
        <w:t>Please provide a detailed description of your complaint, including dates, locations, healthcare professionals involved, and specific concerns or incidents:</w:t>
      </w:r>
    </w:p>
    <w:p/>
    <w:p/>
    <w:p/>
    <w:p/>
    <w:p/>
    <w:p/>
    <w:p>
      <w:r>
        <w:rPr>
          <w:b/>
          <w:sz w:val="22"/>
        </w:rPr>
        <w:t>Impact of the Issue</w:t>
      </w:r>
    </w:p>
    <w:p>
      <w:r>
        <w:rPr>
          <w:b w:val="0"/>
          <w:sz w:val="20"/>
        </w:rPr>
        <w:t>Please describe how the issue has affected you, including physical, emotional, or financial impacts:</w:t>
      </w:r>
    </w:p>
    <w:p/>
    <w:p/>
    <w:p/>
    <w:p/>
    <w:p>
      <w:r>
        <w:rPr>
          <w:b/>
          <w:sz w:val="22"/>
        </w:rPr>
        <w:t>Previous Communications</w:t>
      </w:r>
    </w:p>
    <w:p>
      <w:r>
        <w:rPr>
          <w:b w:val="0"/>
          <w:sz w:val="20"/>
        </w:rPr>
        <w:t>Please list any previous attempts to resolve this matter, including dates and names of persons contacted:</w:t>
      </w:r>
    </w:p>
    <w:p/>
    <w:p/>
    <w:p/>
    <w:p>
      <w:r>
        <w:rPr>
          <w:b/>
          <w:sz w:val="22"/>
        </w:rPr>
        <w:t>Desired Outcome</w:t>
      </w:r>
    </w:p>
    <w:p>
      <w:r>
        <w:rPr>
          <w:b w:val="0"/>
          <w:sz w:val="20"/>
        </w:rPr>
        <w:t>Please specify what actions or outcomes you expect as a result of this complaint:</w:t>
      </w:r>
    </w:p>
    <w:p/>
    <w:p/>
    <w:p/>
    <w:p>
      <w:r>
        <w:rPr>
          <w:b w:val="0"/>
          <w:sz w:val="20"/>
        </w:rPr>
        <w:t>I understand that information provided in this complaint will be handled confidentially and in accordance with applicable data protection laws, including the Data Protection Act 2018 and UK GDPR, to facilitate the investigation and resolution of this matter.</w:t>
      </w:r>
    </w:p>
    <w:p/>
    <w:p>
      <w:r>
        <w:rPr>
          <w:b w:val="0"/>
          <w:sz w:val="20"/>
        </w:rPr>
        <w:t>I declare that the information provided is true to the best of my knowledge and I submit this complaint in good faith.</w:t>
      </w:r>
    </w:p>
    <w:p/>
    <w:p/>
    <w:p>
      <w:r>
        <w:rPr>
          <w:b w:val="0"/>
          <w:sz w:val="20"/>
        </w:rPr>
        <w:t>Signature: ___________________________________________</w:t>
      </w:r>
    </w:p>
    <w:p>
      <w:r>
        <w:rPr>
          <w:b w:val="0"/>
          <w:sz w:val="20"/>
        </w:rPr>
        <w:t>Print Name: __________________________________________</w:t>
      </w:r>
    </w:p>
    <w:p>
      <w:r>
        <w:rPr>
          <w:b w:val="0"/>
          <w:sz w:val="20"/>
        </w:rPr>
        <w:t>Date: _______________________________________________</w:t>
      </w:r>
    </w:p>
    <w:p/>
    <w:p/>
    <w:p>
      <w:r>
        <w:rPr>
          <w:b w:val="0"/>
          <w:sz w:val="20"/>
        </w:rPr>
        <w:t>Thank you for your attention to this matter. I look forward to your prompt and thorough response.</w:t>
      </w:r>
    </w:p>
    <w:p/>
    <w:p>
      <w:r>
        <w:rPr>
          <w:b w:val="0"/>
          <w:sz w:val="20"/>
        </w:rPr>
        <w:t>Yours faithfully,</w:t>
      </w:r>
    </w:p>
    <w:p/>
    <w:p/>
    <w:p>
      <w:r>
        <w:rPr>
          <w:b w:val="0"/>
          <w:sz w:val="20"/>
        </w:rPr>
        <w:t>______________________________________________________________</w:t>
      </w:r>
    </w:p>
    <w:p>
      <w:r>
        <w:rPr>
          <w:b w:val="0"/>
          <w:sz w:val="20"/>
        </w:rPr>
        <w:t>[Your Name]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COMPLAINANT</w:t>
            </w:r>
          </w:p>
        </w:tc>
        <w:tc>
          <w:tcPr>
            <w:tcW w:type="dxa" w:w="4986"/>
            <w:tcBorders>
              <w:top w:val="nil"/>
              <w:left w:val="nil"/>
              <w:bottom w:val="nil"/>
              <w:right w:val="nil"/>
              <w:insideH w:val="nil"/>
              <w:insideV w:val="nil"/>
            </w:tcBorders>
          </w:tcPr>
          <w:p>
            <w:pPr>
              <w:jc w:val="center"/>
            </w:pPr>
            <w:r>
              <w:t>RECEIVED BY NHS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https://legaltemplates-uk.com/nhs-complaint-letter/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nhs-complaint-letter/"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