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VEHICLE MILEAGE TRACKING FORM</w:t>
      </w:r>
    </w:p>
    <w:p/>
    <w:p/>
    <w:p>
      <w:r>
        <w:rPr>
          <w:b/>
          <w:sz w:val="20"/>
        </w:rPr>
        <w:t>Owner Information:</w:t>
      </w:r>
    </w:p>
    <w:p>
      <w:r>
        <w:rPr>
          <w:b w:val="0"/>
          <w:sz w:val="20"/>
        </w:rPr>
        <w:t>Full Name: ____________________________________________________________</w:t>
      </w:r>
    </w:p>
    <w:p>
      <w:r>
        <w:rPr>
          <w:b w:val="0"/>
          <w:sz w:val="20"/>
        </w:rPr>
        <w:t>Driver's Licence Number: 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p>
      <w:r>
        <w:rPr>
          <w:b/>
          <w:sz w:val="20"/>
        </w:rPr>
        <w:t>Vehicle Information:</w:t>
      </w:r>
    </w:p>
    <w:p>
      <w:r>
        <w:rPr>
          <w:b w:val="0"/>
          <w:sz w:val="20"/>
        </w:rPr>
        <w:t>Make and Model: ______________________________________________________</w:t>
      </w:r>
    </w:p>
    <w:p>
      <w:r>
        <w:rPr>
          <w:b w:val="0"/>
          <w:sz w:val="20"/>
        </w:rPr>
        <w:t>Year of Manufacture: _________________________________________________</w:t>
      </w:r>
    </w:p>
    <w:p>
      <w:r>
        <w:rPr>
          <w:b w:val="0"/>
          <w:sz w:val="20"/>
        </w:rPr>
        <w:t>Registration Number: _________________________________________________</w:t>
      </w:r>
    </w:p>
    <w:p>
      <w:r>
        <w:rPr>
          <w:b w:val="0"/>
          <w:sz w:val="20"/>
        </w:rPr>
        <w:t>Vehicle Identification Number (VIN): _________________________________</w:t>
      </w:r>
    </w:p>
    <w:p>
      <w:r>
        <w:rPr>
          <w:b w:val="0"/>
          <w:sz w:val="20"/>
        </w:rPr>
        <w:t>Colour: _______________________________________________________________</w:t>
      </w:r>
    </w:p>
    <w:p/>
    <w:p>
      <w:r>
        <w:rPr>
          <w:b/>
          <w:sz w:val="20"/>
        </w:rPr>
        <w:t>Purpose of Mileage Tracking:</w:t>
      </w:r>
    </w:p>
    <w:p>
      <w:r>
        <w:rPr>
          <w:b w:val="0"/>
          <w:sz w:val="20"/>
        </w:rPr>
        <w:t>This form records the mileage of the vehicle to ensure accuracy for tax, reimbursement, and legal compliance purposes under UK law. All recorded mileages must be true and accurate to the best of the owner's knowledge.</w:t>
      </w:r>
    </w:p>
    <w:p/>
    <w:p>
      <w:r>
        <w:rPr>
          <w:b/>
          <w:sz w:val="20"/>
        </w:rPr>
        <w:t>Mileage Log:</w:t>
      </w:r>
    </w:p>
    <w:tbl>
      <w:tblPr>
        <w:tblW w:type="auto" w:w="0"/>
        <w:tblLayout w:type="autofit"/>
        <w:tblLook w:firstColumn="1" w:firstRow="1" w:lastColumn="0" w:lastRow="0" w:noHBand="0" w:noVBand="1" w:val="04A0"/>
      </w:tblPr>
      <w:tblGrid>
        <w:gridCol w:w="1662"/>
        <w:gridCol w:w="1662"/>
        <w:gridCol w:w="1662"/>
        <w:gridCol w:w="1662"/>
        <w:gridCol w:w="1662"/>
        <w:gridCol w:w="1662"/>
      </w:tblGrid>
      <w:tr>
        <w:tc>
          <w:tcPr>
            <w:tcW w:type="dxa" w:w="1662"/>
          </w:tcPr>
          <w:p>
            <w:r>
              <w:t>Date</w:t>
            </w:r>
          </w:p>
        </w:tc>
        <w:tc>
          <w:tcPr>
            <w:tcW w:type="dxa" w:w="1662"/>
          </w:tcPr>
          <w:p>
            <w:r>
              <w:t>Start Odometer Reading (miles)</w:t>
            </w:r>
          </w:p>
        </w:tc>
        <w:tc>
          <w:tcPr>
            <w:tcW w:type="dxa" w:w="1662"/>
          </w:tcPr>
          <w:p>
            <w:r>
              <w:t>End Odometer Reading (miles)</w:t>
            </w:r>
          </w:p>
        </w:tc>
        <w:tc>
          <w:tcPr>
            <w:tcW w:type="dxa" w:w="1662"/>
          </w:tcPr>
          <w:p>
            <w:r>
              <w:t>Total Distance Travelled (miles)</w:t>
            </w:r>
          </w:p>
        </w:tc>
        <w:tc>
          <w:tcPr>
            <w:tcW w:type="dxa" w:w="1662"/>
          </w:tcPr>
          <w:p>
            <w:r>
              <w:t>Purpose of Journey</w:t>
            </w:r>
          </w:p>
        </w:tc>
        <w:tc>
          <w:tcPr>
            <w:tcW w:type="dxa" w:w="1662"/>
          </w:tcPr>
          <w:p>
            <w:r>
              <w:t>Notes</w:t>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p>
        </w:tc>
        <w:tc>
          <w:tcPr>
            <w:tcW w:type="dxa" w:w="1662"/>
          </w:tcPr>
          <w:p>
            <w:r/>
          </w:p>
        </w:tc>
        <w:tc>
          <w:tcPr>
            <w:tcW w:type="dxa" w:w="1662"/>
          </w:tcPr>
          <w:p>
            <w:r/>
          </w:p>
        </w:tc>
        <w:tc>
          <w:tcPr>
            <w:tcW w:type="dxa" w:w="1662"/>
          </w:tcPr>
          <w:p>
            <w:r/>
          </w:p>
        </w:tc>
        <w:tc>
          <w:tcPr>
            <w:tcW w:type="dxa" w:w="1662"/>
          </w:tcPr>
          <w:p>
            <w:r/>
          </w:p>
        </w:tc>
        <w:tc>
          <w:tcPr>
            <w:tcW w:type="dxa" w:w="1662"/>
          </w:tcPr>
          <w:p>
            <w:r/>
          </w:p>
        </w:tc>
      </w:tr>
    </w:tbl>
    <w:p/>
    <w:p>
      <w:r>
        <w:rPr>
          <w:b/>
          <w:sz w:val="20"/>
        </w:rPr>
        <w:t>Declaration:</w:t>
      </w:r>
    </w:p>
    <w:p>
      <w:r>
        <w:rPr>
          <w:b w:val="0"/>
          <w:sz w:val="20"/>
        </w:rPr>
        <w:t>I declare that all mileage entries recorded in this form are true, accurate, and complete. I understand that providing false information may constitute a criminal offence under UK law and may result in legal penalties, including fines or prosecution.</w:t>
      </w:r>
    </w:p>
    <w:p/>
    <w:p>
      <w:r>
        <w:rPr>
          <w:b/>
          <w:sz w:val="20"/>
        </w:rPr>
        <w:t>Data Protection and Privacy Notice:</w:t>
      </w:r>
    </w:p>
    <w:p>
      <w:r>
        <w:rPr>
          <w:b w:val="0"/>
          <w:sz w:val="20"/>
        </w:rPr>
        <w:t>All personal and vehicle data collected in this form will be processed in accordance with the UK General Data Protection Regulation (UK GDPR) and the Data Protection Act 2018. The data will be used solely for mileage tracking and related administrative purposes and will be kept securely. Individuals have the right to access, rectify, and request the deletion of their personal data.</w:t>
      </w:r>
    </w:p>
    <w:p/>
    <w:p>
      <w:r>
        <w:rPr>
          <w:b/>
          <w:sz w:val="20"/>
        </w:rPr>
        <w:t>Instructions for Completing this Form:</w:t>
      </w:r>
    </w:p>
    <w:p>
      <w:r>
        <w:rPr>
          <w:b w:val="0"/>
          <w:sz w:val="20"/>
        </w:rPr>
        <w:t>1. Record the date of each journey in the first column.</w:t>
        <w:br/>
        <w:t>2. Enter the start and end odometer readings accurately.</w:t>
        <w:br/>
        <w:t>3. Calculate and enter the total distance travelled.</w:t>
        <w:br/>
        <w:t>4. Provide a clear description of the journey’s purpose.</w:t>
        <w:br/>
        <w:t>5. Use the notes column for any relevant additional information.</w:t>
        <w:br/>
        <w:t>6. Retain this form for a minimum of 6 years for tax and audit purposes.</w:t>
      </w:r>
    </w:p>
    <w:p/>
    <w:p/>
    <w:p>
      <w:r>
        <w:rPr>
          <w:b/>
          <w:sz w:val="20"/>
        </w:rPr>
        <w:t>Signatures:</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w:t>
            </w:r>
          </w:p>
        </w:tc>
        <w:tc>
          <w:tcPr>
            <w:tcW w:type="dxa" w:w="4986"/>
            <w:tcBorders>
              <w:top w:val="nil"/>
              <w:left w:val="nil"/>
              <w:bottom w:val="nil"/>
              <w:right w:val="nil"/>
              <w:insideH w:val="nil"/>
              <w:insideV w:val="nil"/>
            </w:tcBorders>
          </w:tcPr>
          <w:p>
            <w:pPr>
              <w:jc w:val="center"/>
            </w:pPr>
            <w:r>
              <w:t>Verifier (if applicable)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(Print): ________________________</w:t>
            </w:r>
          </w:p>
        </w:tc>
        <w:tc>
          <w:tcPr>
            <w:tcW w:type="dxa" w:w="4986"/>
            <w:tcBorders>
              <w:top w:val="nil"/>
              <w:left w:val="nil"/>
              <w:bottom w:val="nil"/>
              <w:right w:val="nil"/>
              <w:insideH w:val="nil"/>
              <w:insideV w:val="nil"/>
            </w:tcBorders>
          </w:tcPr>
          <w:p>
            <w:pPr>
              <w:jc w:val="center"/>
            </w:pPr>
            <w:r>
              <w:t>Name (Print): ________________________</w:t>
            </w:r>
          </w:p>
        </w:tc>
      </w:tr>
    </w:tbl>
    <w:p/>
    <w:p/>
    <w:p>
      <w:r>
        <w:rPr>
          <w:b/>
          <w:sz w:val="20"/>
        </w:rPr>
        <w:t>For queries regarding this form or data protection rights, please contact:</w:t>
      </w:r>
    </w:p>
    <w:p>
      <w:r>
        <w:rPr>
          <w:b/>
          <w:sz w:val="20"/>
        </w:rPr>
        <w:t>Data Protection Officer</w:t>
      </w:r>
    </w:p>
    <w:p>
      <w:r>
        <w:rPr>
          <w:b w:val="0"/>
          <w:sz w:val="20"/>
        </w:rPr>
        <w:t>Company/Organisation Name: 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https://legaltemplates-uk.com/mileage-form/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mileage-form/"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