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APPLICATION</w:t>
      </w:r>
    </w:p>
    <w:p/>
    <w:p/>
    <w:p>
      <w:r>
        <w:rPr>
          <w:b/>
          <w:sz w:val="20"/>
        </w:rPr>
        <w:t>Applicant's Address:</w:t>
      </w:r>
    </w:p>
    <w:p>
      <w:r>
        <w:rPr>
          <w:b w:val="0"/>
          <w:sz w:val="20"/>
        </w:rPr>
        <w:t>Full Name: ____________________________________________________________</w:t>
      </w:r>
    </w:p>
    <w:p>
      <w:r>
        <w:rPr>
          <w:b w:val="0"/>
          <w:sz w:val="20"/>
        </w:rPr>
        <w:t>Address Line 1: ______________________________________________________</w:t>
      </w:r>
    </w:p>
    <w:p>
      <w:r>
        <w:rPr>
          <w:b w:val="0"/>
          <w:sz w:val="20"/>
        </w:rPr>
        <w:t>Address Line 2: ______________________________________________________</w:t>
      </w:r>
    </w:p>
    <w:p>
      <w:r>
        <w:rPr>
          <w:b w:val="0"/>
          <w:sz w:val="20"/>
        </w:rPr>
        <w:t>City/Town: __________________________________________________________</w:t>
      </w:r>
    </w:p>
    <w:p>
      <w:r>
        <w:rPr>
          <w:b w:val="0"/>
          <w:sz w:val="20"/>
        </w:rPr>
        <w:t>Postcode: 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_______________________________________________________</w:t>
      </w:r>
    </w:p>
    <w:p/>
    <w:p/>
    <w:p>
      <w:r>
        <w:rPr>
          <w:b/>
          <w:sz w:val="20"/>
        </w:rPr>
        <w:t>Recipient's Address:</w:t>
      </w:r>
    </w:p>
    <w:p>
      <w:r>
        <w:rPr>
          <w:b w:val="0"/>
          <w:sz w:val="20"/>
        </w:rPr>
        <w:t>Name of Hiring Manager / Department: _________________________________</w:t>
      </w:r>
    </w:p>
    <w:p>
      <w:r>
        <w:rPr>
          <w:b w:val="0"/>
          <w:sz w:val="20"/>
        </w:rPr>
        <w:t>Company / Organisation: ______________________________________________</w:t>
      </w:r>
    </w:p>
    <w:p>
      <w:r>
        <w:rPr>
          <w:b w:val="0"/>
          <w:sz w:val="20"/>
        </w:rPr>
        <w:t>Address Line 1: ______________________________________________________</w:t>
      </w:r>
    </w:p>
    <w:p>
      <w:r>
        <w:rPr>
          <w:b w:val="0"/>
          <w:sz w:val="20"/>
        </w:rPr>
        <w:t>Address Line 2: ______________________________________________________</w:t>
      </w:r>
    </w:p>
    <w:p>
      <w:r>
        <w:rPr>
          <w:b w:val="0"/>
          <w:sz w:val="20"/>
        </w:rPr>
        <w:t>City/Town: __________________________________________________________</w:t>
      </w:r>
    </w:p>
    <w:p>
      <w:r>
        <w:rPr>
          <w:b w:val="0"/>
          <w:sz w:val="20"/>
        </w:rPr>
        <w:t>Postcode: ____________________________________________________________</w:t>
      </w:r>
    </w:p>
    <w:p/>
    <w:p/>
    <w:p>
      <w:r>
        <w:rPr>
          <w:b/>
          <w:sz w:val="20"/>
        </w:rPr>
        <w:t>Subject: Application for the position of _____________________________</w:t>
      </w:r>
    </w:p>
    <w:p/>
    <w:p/>
    <w:p>
      <w:r>
        <w:rPr>
          <w:b w:val="0"/>
          <w:sz w:val="20"/>
        </w:rPr>
        <w:t>Dear Sir/Madam,</w:t>
      </w:r>
    </w:p>
    <w:p/>
    <w:p>
      <w:r>
        <w:rPr>
          <w:b w:val="0"/>
          <w:sz w:val="20"/>
        </w:rPr>
        <w:t>I am writing to express my interest in the position of ____________________ as advertised by your company. I believe my skills, experience, and qualifications make me a suitable candidate for this role.</w:t>
      </w:r>
    </w:p>
    <w:p/>
    <w:p>
      <w:r>
        <w:rPr>
          <w:b/>
          <w:sz w:val="20"/>
        </w:rPr>
        <w:t>Qualifications and Experience:</w:t>
      </w:r>
    </w:p>
    <w:p>
      <w:r>
        <w:rPr>
          <w:b w:val="0"/>
          <w:sz w:val="20"/>
        </w:rPr>
        <w:t>I hold the following qualifications relevant to the position: _______________________________________________________________________</w:t>
      </w:r>
    </w:p>
    <w:p>
      <w:r>
        <w:rPr>
          <w:b w:val="0"/>
          <w:sz w:val="20"/>
        </w:rPr>
        <w:t>In addition, I have gained substantial experience in the field of __________ through my previous roles including: ____________________________________</w:t>
      </w:r>
    </w:p>
    <w:p>
      <w:r>
        <w:rPr>
          <w:b w:val="0"/>
          <w:sz w:val="20"/>
        </w:rPr>
        <w:t>My key skills include: __________________________________________________</w:t>
      </w:r>
    </w:p>
    <w:p/>
    <w:p>
      <w:r>
        <w:rPr>
          <w:b/>
          <w:sz w:val="20"/>
        </w:rPr>
        <w:t>Motivation:</w:t>
      </w:r>
    </w:p>
    <w:p>
      <w:r>
        <w:rPr>
          <w:b w:val="0"/>
          <w:sz w:val="20"/>
        </w:rPr>
        <w:t>I am particularly drawn to this role because __________________________________</w:t>
      </w:r>
    </w:p>
    <w:p>
      <w:r>
        <w:rPr>
          <w:b w:val="0"/>
          <w:sz w:val="20"/>
        </w:rPr>
        <w:t>I am confident that my commitment, professionalism, and enthusiasm will allow me to make a positive contribution to your team and organisation.</w:t>
      </w:r>
    </w:p>
    <w:p/>
    <w:p>
      <w:r>
        <w:rPr>
          <w:b/>
          <w:sz w:val="20"/>
        </w:rPr>
        <w:t>Availability and Flexibility:</w:t>
      </w:r>
    </w:p>
    <w:p>
      <w:r>
        <w:rPr>
          <w:b w:val="0"/>
          <w:sz w:val="20"/>
        </w:rPr>
        <w:t>I am available to commence employment immediately / from ____________________.</w:t>
      </w:r>
    </w:p>
    <w:p>
      <w:r>
        <w:rPr>
          <w:b w:val="0"/>
          <w:sz w:val="20"/>
        </w:rPr>
        <w:t>I am willing to work flexible hours / shifts as required by the role.</w:t>
      </w:r>
    </w:p>
    <w:p/>
    <w:p>
      <w:r>
        <w:rPr>
          <w:b/>
          <w:sz w:val="20"/>
        </w:rPr>
        <w:t>Closing Statement:</w:t>
      </w:r>
    </w:p>
    <w:p>
      <w:r>
        <w:rPr>
          <w:b w:val="0"/>
          <w:sz w:val="20"/>
        </w:rPr>
        <w:t>Thank you for considering my application. I would welcome the opportunity to discuss my suitability for the position in more detail at an interview.</w:t>
      </w:r>
    </w:p>
    <w:p/>
    <w:p>
      <w:r>
        <w:rPr>
          <w:b w:val="0"/>
          <w:sz w:val="20"/>
        </w:rPr>
        <w:t>Yours faithfully,</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w:t>
            </w:r>
          </w:p>
        </w:tc>
      </w:tr>
    </w:tbl>
    <w:p/>
    <w:p/>
    <w:p>
      <w:r>
        <w:rPr>
          <w:b/>
          <w:sz w:val="20"/>
        </w:rPr>
        <w:t>Enclosures:</w:t>
      </w:r>
    </w:p>
    <w:p>
      <w:r>
        <w:rPr>
          <w:b w:val="0"/>
          <w:sz w:val="20"/>
        </w:rPr>
        <w:t>Please find attached the following documents to support my application:</w:t>
      </w:r>
    </w:p>
    <w:p>
      <w:r>
        <w:rPr>
          <w:b w:val="0"/>
          <w:sz w:val="20"/>
        </w:rPr>
        <w:t>- Curriculum Vitae (CV)</w:t>
      </w:r>
    </w:p>
    <w:p>
      <w:r>
        <w:rPr>
          <w:b w:val="0"/>
          <w:sz w:val="20"/>
        </w:rPr>
        <w:t>- Copies of relevant qualifications and certificates</w:t>
      </w:r>
    </w:p>
    <w:p>
      <w:r>
        <w:rPr>
          <w:b w:val="0"/>
          <w:sz w:val="20"/>
        </w:rPr>
        <w:t>- References (if available)</w:t>
      </w:r>
    </w:p>
    <w:p/>
    <w:p/>
    <w:p>
      <w:r>
        <w:rPr>
          <w:b/>
          <w:sz w:val="20"/>
        </w:rPr>
        <w:t>Data Protection Notice:</w:t>
      </w:r>
    </w:p>
    <w:p>
      <w:r>
        <w:rPr>
          <w:b w:val="0"/>
          <w:sz w:val="20"/>
        </w:rPr>
        <w:t>The personal information provided in this letter and accompanying documents will be used solely for the purposes of recruitment and selection by the recipient organisation. It will be processed in accordance with UK data protection laws and will not be shared with third parties without your consent.</w:t>
      </w:r>
    </w:p>
    <w:p/>
    <w:p>
      <w:r>
        <w:br w:type="page"/>
      </w:r>
    </w:p>
    <w:p>
      <w:pPr>
        <w:jc w:val="center"/>
      </w:pPr>
      <w:r>
        <w:rPr>
          <w:color w:val="555555"/>
          <w:sz w:val="24"/>
        </w:rPr>
        <w:t>Original source of this document:</w:t>
      </w:r>
    </w:p>
    <w:p>
      <w:pPr>
        <w:jc w:val="center"/>
      </w:pPr>
      <w:hyperlink r:id="rId9">
        <w:r>
          <w:rPr>
            <w:color w:val="0000FF"/>
            <w:u w:val="single"/>
          </w:rPr>
          <w:t>https://legaltemplates-uk.com/letter-of-application/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letter-of-application/"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