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5669"/>
        <w:gridCol w:w="3402"/>
      </w:tblGrid>
      <w:tr>
        <w:tc>
          <w:tcPr>
            <w:tcW w:type="dxa" w:w="4986"/>
          </w:tcPr>
          <w:p>
            <w:r>
              <w:rPr>
                <w:sz w:val="18"/>
              </w:rPr>
              <w:t>Company Name Ltd.</w:t>
              <w:br/>
              <w:t>Registered Office: 123 Business Street</w:t>
              <w:br/>
              <w:t>City, Postal Code</w:t>
              <w:br/>
              <w:t>United Kingdom</w:t>
              <w:br/>
              <w:t>Phone: +44 (0)1234 567890</w:t>
              <w:br/>
              <w:t>Email: info@companyname.co.uk</w:t>
              <w:br/>
              <w:t>Company Registration No.: 01234567</w:t>
              <w:br/>
              <w:t>VAT No.: GB123456789</w:t>
              <w:br/>
            </w:r>
          </w:p>
        </w:tc>
        <w:tc>
          <w:tcPr>
            <w:tcW w:type="dxa" w:w="4986"/>
          </w:tcPr>
          <w:p>
            <w:pPr>
              <w:jc w:val="right"/>
            </w:pPr>
            <w:r>
              <w:rPr>
                <w:b/>
                <w:sz w:val="24"/>
              </w:rPr>
              <w:t>LOGO</w:t>
              <w:br/>
              <w:t>[Insert Here]</w:t>
            </w:r>
          </w:p>
        </w:tc>
      </w:tr>
      <w:tr>
        <w:tc>
          <w:tcPr>
            <w:tcW w:type="dxa" w:w="4986"/>
          </w:tcPr>
          <w:p>
            <w:r/>
          </w:p>
        </w:tc>
        <w:tc>
          <w:tcPr>
            <w:tcW w:type="dxa" w:w="4986"/>
          </w:tcPr>
          <w:p>
            <w:r/>
          </w:p>
        </w:tc>
      </w:tr>
    </w:tbl>
    <w:p/>
    <w:p/>
    <w:p>
      <w:r>
        <w:rPr>
          <w:b/>
          <w:sz w:val="20"/>
        </w:rPr>
        <w:t>Recipient Name:</w:t>
      </w:r>
    </w:p>
    <w:p>
      <w:r>
        <w:rPr>
          <w:b w:val="0"/>
          <w:sz w:val="20"/>
        </w:rPr>
        <w:t>Recipient Company/Organization (if applicable):</w:t>
      </w:r>
    </w:p>
    <w:p>
      <w:r>
        <w:rPr>
          <w:b w:val="0"/>
          <w:sz w:val="20"/>
        </w:rPr>
        <w:t>Street Address:</w:t>
      </w:r>
    </w:p>
    <w:p>
      <w:r>
        <w:rPr>
          <w:b w:val="0"/>
          <w:sz w:val="20"/>
        </w:rPr>
        <w:t>City, Postal Code:</w:t>
      </w:r>
    </w:p>
    <w:p>
      <w:r>
        <w:rPr>
          <w:b w:val="0"/>
          <w:sz w:val="20"/>
        </w:rPr>
        <w:t>Country:</w:t>
      </w:r>
    </w:p>
    <w:p/>
    <w:p/>
    <w:p>
      <w:r>
        <w:rPr>
          <w:b/>
          <w:sz w:val="20"/>
        </w:rPr>
        <w:t>Subject:</w:t>
      </w:r>
    </w:p>
    <w:p>
      <w:r>
        <w:rPr>
          <w:b w:val="0"/>
          <w:sz w:val="20"/>
        </w:rPr>
        <w:t>Re: [Insert Subject of the Letter]</w:t>
      </w:r>
    </w:p>
    <w:p/>
    <w:p/>
    <w:p>
      <w:r>
        <w:rPr>
          <w:b w:val="0"/>
          <w:sz w:val="20"/>
        </w:rPr>
        <w:t>Dear Sir or Madam,</w:t>
      </w:r>
    </w:p>
    <w:p/>
    <w:p>
      <w:r>
        <w:rPr>
          <w:b/>
          <w:sz w:val="20"/>
        </w:rPr>
        <w:t>1. Introduction</w:t>
      </w:r>
    </w:p>
    <w:p>
      <w:r>
        <w:rPr>
          <w:b w:val="0"/>
          <w:sz w:val="20"/>
        </w:rPr>
        <w:t>We are writing to you regarding the matter outlined in the subject above. Please find the details and relevant information set forth in the following sections.</w:t>
      </w:r>
    </w:p>
    <w:p/>
    <w:p>
      <w:r>
        <w:rPr>
          <w:b/>
          <w:sz w:val="20"/>
        </w:rPr>
        <w:t>2. Purpose</w:t>
      </w:r>
    </w:p>
    <w:p>
      <w:r>
        <w:rPr>
          <w:b w:val="0"/>
          <w:sz w:val="20"/>
        </w:rPr>
        <w:t>This letter serves to formally communicate our intentions and any necessary actions required in connection with the subject matter. All statements made herein are accurate to the best of our knowledge.</w:t>
      </w:r>
    </w:p>
    <w:p/>
    <w:p>
      <w:r>
        <w:rPr>
          <w:b/>
          <w:sz w:val="20"/>
        </w:rPr>
        <w:t>3. Details and Terms</w:t>
      </w:r>
    </w:p>
    <w:p>
      <w:r>
        <w:rPr>
          <w:b w:val="0"/>
          <w:sz w:val="20"/>
        </w:rPr>
        <w:t>Any agreements, references, or obligations mentioned in this letter are governed by and subject to the laws of England and Wales. This letter does not constitute a binding contract unless explicitly stated otherwise in writing.</w:t>
      </w:r>
    </w:p>
    <w:p/>
    <w:p>
      <w:r>
        <w:rPr>
          <w:b/>
          <w:sz w:val="20"/>
        </w:rPr>
        <w:t>4. Confidentiality</w:t>
      </w:r>
    </w:p>
    <w:p>
      <w:r>
        <w:rPr>
          <w:b w:val="0"/>
          <w:sz w:val="20"/>
        </w:rPr>
        <w:t>The contents of this letter are confidential and intended solely for the recipient. Unauthorized disclosure, copying, or distribution is prohibited and may be unlawful.</w:t>
      </w:r>
    </w:p>
    <w:p/>
    <w:p>
      <w:r>
        <w:rPr>
          <w:b/>
          <w:sz w:val="20"/>
        </w:rPr>
        <w:t>5. Compliance</w:t>
      </w:r>
    </w:p>
    <w:p>
      <w:r>
        <w:rPr>
          <w:b w:val="0"/>
          <w:sz w:val="20"/>
        </w:rPr>
        <w:t>All parties involved agree to comply with applicable UK laws and regulations relevant to the matters described herein. This letter does not waive any rights or remedies available under the law.</w:t>
      </w:r>
    </w:p>
    <w:p/>
    <w:p>
      <w:r>
        <w:rPr>
          <w:b/>
          <w:sz w:val="20"/>
        </w:rPr>
        <w:t>6. Liability</w:t>
      </w:r>
    </w:p>
    <w:p>
      <w:r>
        <w:rPr>
          <w:b w:val="0"/>
          <w:sz w:val="20"/>
        </w:rPr>
        <w:t>Neither party shall be liable for indirect, incidental, or consequential damages arising out of or in connection with this letter, except as expressly provided under applicable law.</w:t>
      </w:r>
    </w:p>
    <w:p/>
    <w:p>
      <w:r>
        <w:rPr>
          <w:b/>
          <w:sz w:val="20"/>
        </w:rPr>
        <w:t>7. Governing Law and Jurisdiction</w:t>
      </w:r>
    </w:p>
    <w:p>
      <w:r>
        <w:rPr>
          <w:b w:val="0"/>
          <w:sz w:val="20"/>
        </w:rPr>
        <w:t>This letter and any dispute arising out of or in connection with it shall be governed by and construed in accordance with the laws of England and Wales. The courts of England and Wales shall have exclusive jurisdiction.</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r>
    </w:tbl>
    <w:p>
      <w:r>
        <w:br w:type="page"/>
      </w:r>
    </w:p>
    <w:p>
      <w:pPr>
        <w:jc w:val="center"/>
      </w:pPr>
      <w:r>
        <w:rPr>
          <w:color w:val="555555"/>
          <w:sz w:val="24"/>
        </w:rPr>
        <w:t>Original source of this document:</w:t>
      </w:r>
    </w:p>
    <w:p>
      <w:pPr>
        <w:jc w:val="center"/>
      </w:pPr>
      <w:hyperlink r:id="rId10">
        <w:r>
          <w:rPr>
            <w:color w:val="0000FF"/>
            <w:u w:val="single"/>
          </w:rPr>
          <w:t>https://legaltemplates-uk.com/letter-heading/</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1">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Company Name Ltd. | Registered in England No. 01234567 | VAT No. GB123456789</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legaltemplates-uk.com/letter-heading/" TargetMode="External"/><Relationship Id="rId11"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