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LANDLORD TENANT REFERENCE LETTER</w:t>
      </w:r>
    </w:p>
    <w:p/>
    <w:p/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This letter serves as a reference for the tenancy of the individual named below, who has rented a residential property under the terms detailed herein.</w:t>
      </w:r>
    </w:p>
    <w:p/>
    <w:p/>
    <w:p>
      <w:r>
        <w:rPr>
          <w:b/>
          <w:sz w:val="20"/>
        </w:rPr>
        <w:t>Tenant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Current Address: 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</w:t>
      </w:r>
    </w:p>
    <w:p/>
    <w:p>
      <w:r>
        <w:rPr>
          <w:b/>
          <w:sz w:val="20"/>
        </w:rPr>
        <w:t>Landlord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</w:t>
      </w:r>
    </w:p>
    <w:p/>
    <w:p>
      <w:r>
        <w:rPr>
          <w:b/>
          <w:sz w:val="20"/>
        </w:rPr>
        <w:t>Property Details:</w:t>
      </w:r>
    </w:p>
    <w:p>
      <w:r>
        <w:rPr>
          <w:b w:val="0"/>
          <w:sz w:val="20"/>
        </w:rPr>
        <w:t>Address of Let Property: _______________________________________________</w:t>
      </w:r>
    </w:p>
    <w:p>
      <w:r>
        <w:rPr>
          <w:b w:val="0"/>
          <w:sz w:val="20"/>
        </w:rPr>
        <w:t>Type of Property: _____________________________________________________</w:t>
      </w:r>
    </w:p>
    <w:p>
      <w:r>
        <w:rPr>
          <w:b w:val="0"/>
          <w:sz w:val="20"/>
        </w:rPr>
        <w:t>Tenancy Start Date: _________________________________________________</w:t>
      </w:r>
    </w:p>
    <w:p>
      <w:r>
        <w:rPr>
          <w:b w:val="0"/>
          <w:sz w:val="20"/>
        </w:rPr>
        <w:t>Tenancy End Date (if applicable): ______________________________________</w:t>
      </w:r>
    </w:p>
    <w:p/>
    <w:p>
      <w:r>
        <w:rPr>
          <w:b/>
          <w:sz w:val="20"/>
        </w:rPr>
        <w:t>Tenancy Terms and Conditions:</w:t>
      </w:r>
    </w:p>
    <w:p>
      <w:r>
        <w:rPr>
          <w:b w:val="0"/>
          <w:sz w:val="20"/>
        </w:rPr>
        <w:t>The Tenant occupied the property on a tenancy agreement subject to the Housing Act 1988 (as amended) and other relevant statutory provisions.</w:t>
      </w:r>
    </w:p>
    <w:p>
      <w:r>
        <w:rPr>
          <w:b w:val="0"/>
          <w:sz w:val="20"/>
        </w:rPr>
        <w:t>The tenancy was granted on an assured shorthold tenancy (AST) basis unless otherwise specified.</w:t>
      </w:r>
    </w:p>
    <w:p/>
    <w:p>
      <w:r>
        <w:rPr>
          <w:b/>
          <w:sz w:val="20"/>
        </w:rPr>
        <w:t>Rent Payment Performance:</w:t>
      </w:r>
    </w:p>
    <w:p>
      <w:r>
        <w:rPr>
          <w:b w:val="0"/>
          <w:sz w:val="20"/>
        </w:rPr>
        <w:t>The Tenant has paid rent promptly and in full throughout the tenancy period except where otherwise noted below.</w:t>
      </w:r>
    </w:p>
    <w:p>
      <w:r>
        <w:rPr>
          <w:b w:val="0"/>
          <w:sz w:val="20"/>
        </w:rPr>
        <w:t>No significant arrears or outstanding debts related to rent or other agreed charges exist at the time of this reference.</w:t>
      </w:r>
    </w:p>
    <w:p/>
    <w:p>
      <w:r>
        <w:rPr>
          <w:b/>
          <w:sz w:val="20"/>
        </w:rPr>
        <w:t>Property Care and Tenant Conduct:</w:t>
      </w:r>
    </w:p>
    <w:p>
      <w:r>
        <w:rPr>
          <w:b w:val="0"/>
          <w:sz w:val="20"/>
        </w:rPr>
        <w:t>The Tenant has kept the property in a clean and habitable condition and has complied with all obligations under the tenancy agreement.</w:t>
      </w:r>
    </w:p>
    <w:p>
      <w:r>
        <w:rPr>
          <w:b w:val="0"/>
          <w:sz w:val="20"/>
        </w:rPr>
        <w:t>There have been no complaints or reports of anti-social behavior or breaches of tenancy terms during the tenancy.</w:t>
      </w:r>
    </w:p>
    <w:p/>
    <w:p>
      <w:r>
        <w:rPr>
          <w:b/>
          <w:sz w:val="20"/>
        </w:rPr>
        <w:t>Deposit:</w:t>
      </w:r>
    </w:p>
    <w:p>
      <w:r>
        <w:rPr>
          <w:b w:val="0"/>
          <w:sz w:val="20"/>
        </w:rPr>
        <w:t>A tenancy deposit was secured under a government-approved tenancy deposit protection scheme in accordance with the Housing Act 2004.</w:t>
      </w:r>
    </w:p>
    <w:p>
      <w:r>
        <w:rPr>
          <w:b w:val="0"/>
          <w:sz w:val="20"/>
        </w:rPr>
        <w:t>At the end of the tenancy, any agreed deductions were made and the remainder of the deposit was returned to the Tenant.</w:t>
      </w:r>
    </w:p>
    <w:p/>
    <w:p>
      <w:r>
        <w:rPr>
          <w:b/>
          <w:sz w:val="20"/>
        </w:rPr>
        <w:t>Reference Statement:</w:t>
      </w:r>
    </w:p>
    <w:p>
      <w:r>
        <w:rPr>
          <w:b w:val="0"/>
          <w:sz w:val="20"/>
        </w:rPr>
        <w:t>Based on the tenancy record, the Tenant is considered responsible and reliable with respect to tenancy obligations and property maintenance.</w:t>
      </w:r>
    </w:p>
    <w:p>
      <w:r>
        <w:rPr>
          <w:b w:val="0"/>
          <w:sz w:val="20"/>
        </w:rPr>
        <w:t>This reference is provided in good faith and without prejudice, for the purpose of assisting the Tenant in securing future accommodation.</w:t>
      </w:r>
    </w:p>
    <w:p/>
    <w:p/>
    <w:p>
      <w:r>
        <w:rPr>
          <w:b/>
          <w:sz w:val="20"/>
        </w:rPr>
        <w:t>Liability Disclaimer:</w:t>
      </w:r>
    </w:p>
    <w:p>
      <w:r>
        <w:rPr>
          <w:b w:val="0"/>
          <w:sz w:val="20"/>
        </w:rPr>
        <w:t>This reference letter is provided without any guarantee or warranty as to the Tenant’s future conduct or tenancy performance.</w:t>
      </w:r>
    </w:p>
    <w:p>
      <w:r>
        <w:rPr>
          <w:b w:val="0"/>
          <w:sz w:val="20"/>
        </w:rPr>
        <w:t>The Landlord accepts no liability for decisions made by third parties based on this reference.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https://legaltemplates-uk.com/landlord-tenant-reference-letter/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landlord-tenant-reference-letter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