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JOB ACCEPTANCE LETTER</w:t>
      </w:r>
    </w:p>
    <w:p/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Company Address: 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___________________________________________________________</w:t>
      </w:r>
    </w:p>
    <w:p>
      <w:r>
        <w:rPr>
          <w:b w:val="0"/>
          <w:sz w:val="20"/>
        </w:rPr>
        <w:t>Contact Email: ____________________________________________________________</w:t>
      </w:r>
    </w:p>
    <w:p/>
    <w:p>
      <w:r>
        <w:rPr>
          <w:b/>
          <w:sz w:val="20"/>
        </w:rPr>
        <w:t>Candidate Information: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___________________________________________________________________</w:t>
      </w:r>
    </w:p>
    <w:p/>
    <w:p/>
    <w:p>
      <w:r>
        <w:rPr>
          <w:b/>
          <w:sz w:val="20"/>
        </w:rPr>
        <w:t>Subject: Acceptance of Job Offer</w:t>
      </w:r>
    </w:p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accept the offer of employment for the position described below. I appreciate the opportunity to join your organisation and look forward to contributing to its success.</w:t>
      </w:r>
    </w:p>
    <w:p/>
    <w:p/>
    <w:p>
      <w:r>
        <w:rPr>
          <w:b/>
          <w:sz w:val="20"/>
        </w:rPr>
        <w:t>Position Details:</w:t>
      </w:r>
    </w:p>
    <w:p>
      <w:r>
        <w:rPr>
          <w:b w:val="0"/>
          <w:sz w:val="20"/>
        </w:rPr>
        <w:t>Job Title: _______________________________________________________________</w:t>
      </w:r>
    </w:p>
    <w:p>
      <w:r>
        <w:rPr>
          <w:b w:val="0"/>
          <w:sz w:val="20"/>
        </w:rPr>
        <w:t>Employment Type: 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</w:t>
      </w:r>
    </w:p>
    <w:p>
      <w:r>
        <w:rPr>
          <w:b w:val="0"/>
          <w:sz w:val="20"/>
        </w:rPr>
        <w:t>Reporting To: _____________________________________________________________</w:t>
      </w:r>
    </w:p>
    <w:p/>
    <w:p>
      <w:r>
        <w:rPr>
          <w:b/>
          <w:sz w:val="20"/>
        </w:rPr>
        <w:t>Terms of Employment:</w:t>
      </w:r>
    </w:p>
    <w:p>
      <w:r>
        <w:rPr>
          <w:b w:val="0"/>
          <w:sz w:val="20"/>
        </w:rPr>
        <w:t>Salary: _________________________________________________________________</w:t>
      </w:r>
    </w:p>
    <w:p>
      <w:r>
        <w:rPr>
          <w:b w:val="0"/>
          <w:sz w:val="20"/>
        </w:rPr>
        <w:t>Working Hours: ___________________________________________________________</w:t>
      </w:r>
    </w:p>
    <w:p>
      <w:r>
        <w:rPr>
          <w:b w:val="0"/>
          <w:sz w:val="20"/>
        </w:rPr>
        <w:t>Place of Work: ___________________________________________________________</w:t>
      </w:r>
    </w:p>
    <w:p>
      <w:r>
        <w:rPr>
          <w:b w:val="0"/>
          <w:sz w:val="20"/>
        </w:rPr>
        <w:t>Probation Period: _________________________________________________________</w:t>
      </w:r>
    </w:p>
    <w:p/>
    <w:p>
      <w:r>
        <w:rPr>
          <w:b/>
          <w:sz w:val="20"/>
        </w:rPr>
        <w:t>Start Date:</w:t>
      </w:r>
    </w:p>
    <w:p>
      <w:r>
        <w:rPr>
          <w:b w:val="0"/>
          <w:sz w:val="20"/>
        </w:rPr>
        <w:t>I confirm my intended start date as: ________________________________________</w:t>
      </w:r>
    </w:p>
    <w:p/>
    <w:p>
      <w:r>
        <w:rPr>
          <w:b w:val="0"/>
          <w:sz w:val="20"/>
        </w:rPr>
        <w:t>I hereby accept the offer and confirm my agreement to the terms and conditions specified in the offer letter and any accompanying documents. I understand that this acceptance forms a binding contract of employment under UK law.</w:t>
      </w:r>
    </w:p>
    <w:p/>
    <w:p>
      <w:r>
        <w:rPr>
          <w:b w:val="0"/>
          <w:sz w:val="20"/>
        </w:rPr>
        <w:t>I acknowledge that I will comply fully with the company's policies, procedures and confidentiality requirements throughout my employment.</w:t>
      </w:r>
    </w:p>
    <w:p/>
    <w:p>
      <w:r>
        <w:rPr>
          <w:b w:val="0"/>
          <w:sz w:val="20"/>
        </w:rPr>
        <w:t>I understand and agree to the notice periods set out in the contract and that either party may terminate the employment subject to those terms.</w:t>
      </w:r>
    </w:p>
    <w:p/>
    <w:p>
      <w:r>
        <w:rPr>
          <w:b w:val="0"/>
          <w:sz w:val="20"/>
        </w:rPr>
        <w:t>Please let me know if you require any further information or documentation prior to my start date.</w:t>
      </w:r>
    </w:p>
    <w:p/>
    <w:p/>
    <w:p>
      <w:r>
        <w:rPr>
          <w:b w:val="0"/>
          <w:sz w:val="20"/>
        </w:rPr>
        <w:t>Yours faithfully,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Candidate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  <w:br/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  <w:br/>
              <w:t>Name: ________________________________</w:t>
            </w:r>
          </w:p>
        </w:tc>
      </w:tr>
    </w:tbl>
    <w:p/>
    <w:p/>
    <w:p>
      <w:r>
        <w:rPr>
          <w:b w:val="0"/>
          <w:sz w:val="20"/>
        </w:rPr>
        <w:t>Place of signature: ___________________________________________</w:t>
      </w:r>
    </w:p>
    <w:p>
      <w:r>
        <w:rPr>
          <w:b w:val="0"/>
          <w:sz w:val="20"/>
        </w:rPr>
        <w:t>Date of signature: 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https://legaltemplates-uk.com/job-acceptance-letter/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job-acceptance-letter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