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INTERVIEW CONSENT FORM</w:t>
      </w:r>
    </w:p>
    <w:p/>
    <w:p/>
    <w:p>
      <w:r>
        <w:rPr>
          <w:b/>
          <w:sz w:val="20"/>
        </w:rPr>
        <w:t>Purpose of the Interview:</w:t>
      </w:r>
    </w:p>
    <w:p>
      <w:r>
        <w:rPr>
          <w:b w:val="0"/>
          <w:sz w:val="20"/>
        </w:rPr>
        <w:t>You are invited to participate in an interview conducted for research, evaluation, or professional purposes. This form explains your rights and what you can expect if you agree to take part.</w:t>
      </w:r>
    </w:p>
    <w:p/>
    <w:p>
      <w:r>
        <w:rPr>
          <w:b/>
          <w:sz w:val="20"/>
        </w:rPr>
        <w:t>Participant Information:</w:t>
      </w:r>
    </w:p>
    <w:p>
      <w:r>
        <w:rPr>
          <w:b w:val="0"/>
          <w:sz w:val="20"/>
        </w:rPr>
        <w:t>Full Name: ____________________________________________________________</w:t>
      </w:r>
    </w:p>
    <w:p>
      <w:r>
        <w:rPr>
          <w:b w:val="0"/>
          <w:sz w:val="20"/>
        </w:rPr>
        <w:t>Contact Details (Phone/Email): _________________________________________</w:t>
      </w:r>
    </w:p>
    <w:p>
      <w:r>
        <w:rPr>
          <w:b w:val="0"/>
          <w:sz w:val="20"/>
        </w:rPr>
        <w:t>Organisation (if applicable): ___________________________________________</w:t>
      </w:r>
    </w:p>
    <w:p/>
    <w:p>
      <w:r>
        <w:rPr>
          <w:b/>
          <w:sz w:val="20"/>
        </w:rPr>
        <w:t>Interviewer Information:</w:t>
      </w:r>
    </w:p>
    <w:p>
      <w:r>
        <w:rPr>
          <w:b w:val="0"/>
          <w:sz w:val="20"/>
        </w:rPr>
        <w:t>Full Name: ____________________________________________________________</w:t>
      </w:r>
    </w:p>
    <w:p>
      <w:r>
        <w:rPr>
          <w:b w:val="0"/>
          <w:sz w:val="20"/>
        </w:rPr>
        <w:t>Position / Role: _______________________________________________________</w:t>
      </w:r>
    </w:p>
    <w:p>
      <w:r>
        <w:rPr>
          <w:b w:val="0"/>
          <w:sz w:val="20"/>
        </w:rPr>
        <w:t>Contact Details (Phone/Email): _________________________________________</w:t>
      </w:r>
    </w:p>
    <w:p/>
    <w:p>
      <w:r>
        <w:rPr>
          <w:b/>
          <w:sz w:val="20"/>
        </w:rPr>
        <w:t>Consent to Participate:</w:t>
      </w:r>
    </w:p>
    <w:p>
      <w:r>
        <w:rPr>
          <w:b w:val="0"/>
          <w:sz w:val="20"/>
        </w:rPr>
        <w:t>I confirm that I have read and understood the information provided about the interview. I have had the opportunity to ask questions and have received satisfactory answers.</w:t>
      </w:r>
    </w:p>
    <w:p>
      <w:r>
        <w:rPr>
          <w:b w:val="0"/>
          <w:sz w:val="20"/>
        </w:rPr>
        <w:t>I voluntarily agree to participate in this interview and understand that I may withdraw at any time without giving a reason and without any negative consequences.</w:t>
      </w:r>
    </w:p>
    <w:p/>
    <w:p>
      <w:r>
        <w:rPr>
          <w:b/>
          <w:sz w:val="20"/>
        </w:rPr>
        <w:t>Data Protection and Confidentiality:</w:t>
      </w:r>
    </w:p>
    <w:p>
      <w:r>
        <w:rPr>
          <w:b w:val="0"/>
          <w:sz w:val="20"/>
        </w:rPr>
        <w:t>All information I provide during the interview will be treated with strict confidentiality, in compliance with the UK Data Protection Act 2018 and the General Data Protection Regulation (GDPR). My personal data will be stored securely and only used for the purposes stated.</w:t>
      </w:r>
    </w:p>
    <w:p>
      <w:r>
        <w:rPr>
          <w:b w:val="0"/>
          <w:sz w:val="20"/>
        </w:rPr>
        <w:t>Any recordings, transcripts, or notes from the interview will be anonymised unless I expressly agree otherwise.</w:t>
      </w:r>
    </w:p>
    <w:p/>
    <w:p>
      <w:r>
        <w:rPr>
          <w:b/>
          <w:sz w:val="20"/>
        </w:rPr>
        <w:t>Use of Information:</w:t>
      </w:r>
    </w:p>
    <w:p>
      <w:r>
        <w:rPr>
          <w:b w:val="0"/>
          <w:sz w:val="20"/>
        </w:rPr>
        <w:t>I understand that the information I provide may be used in reports, publications, presentations, or other outputs related to the project or research, provided that I cannot be personally identified without my consent.</w:t>
      </w:r>
    </w:p>
    <w:p/>
    <w:p>
      <w:r>
        <w:rPr>
          <w:b/>
          <w:sz w:val="20"/>
        </w:rPr>
        <w:t>Right to Withdraw:</w:t>
      </w:r>
    </w:p>
    <w:p>
      <w:r>
        <w:rPr>
          <w:b w:val="0"/>
          <w:sz w:val="20"/>
        </w:rPr>
        <w:t>I understand that I may withdraw my consent and participation at any point during or after the interview. If I choose to withdraw, I may request that my data be deleted or excluded from the project.</w:t>
      </w:r>
    </w:p>
    <w:p/>
    <w:p>
      <w:r>
        <w:rPr>
          <w:b/>
          <w:sz w:val="20"/>
        </w:rPr>
        <w:t>Contact for Questions or Complaints:</w:t>
      </w:r>
    </w:p>
    <w:p>
      <w:r>
        <w:rPr>
          <w:b w:val="0"/>
          <w:sz w:val="20"/>
        </w:rPr>
        <w:t>If I have any questions or concerns about the interview or how my data will be used, I can contact the interviewer or the relevant data protection officer at the organisation.</w:t>
      </w:r>
    </w:p>
    <w:p>
      <w:r>
        <w:rPr>
          <w:b w:val="0"/>
          <w:sz w:val="20"/>
        </w:rPr>
        <w:t>Interviewer Contact: ___________________________________________________</w:t>
      </w:r>
    </w:p>
    <w:p>
      <w:r>
        <w:rPr>
          <w:b w:val="0"/>
          <w:sz w:val="20"/>
        </w:rPr>
        <w:t>Data Protection Officer Contact: 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Interviewer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(Printed): ________________________</w:t>
            </w:r>
          </w:p>
        </w:tc>
        <w:tc>
          <w:tcPr>
            <w:tcW w:type="dxa" w:w="4986"/>
            <w:tcBorders>
              <w:top w:val="nil"/>
              <w:left w:val="nil"/>
              <w:bottom w:val="nil"/>
              <w:right w:val="nil"/>
              <w:insideH w:val="nil"/>
              <w:insideV w:val="nil"/>
            </w:tcBorders>
          </w:tcPr>
          <w:p>
            <w:pPr>
              <w:jc w:val="center"/>
            </w:pPr>
            <w:r>
              <w:t>Name (Printed): ________________________</w:t>
            </w:r>
          </w:p>
        </w:tc>
      </w:tr>
      <w:tr>
        <w:tc>
          <w:tcPr>
            <w:tcW w:type="dxa" w:w="4986"/>
            <w:tcBorders>
              <w:top w:val="nil"/>
              <w:left w:val="nil"/>
              <w:bottom w:val="nil"/>
              <w:right w:val="nil"/>
              <w:insideH w:val="nil"/>
              <w:insideV w:val="nil"/>
            </w:tcBorders>
          </w:tcPr>
          <w:p>
            <w:pPr>
              <w:jc w:val="center"/>
            </w:pPr>
            <w:r>
              <w:t>Date: ___________________________</w:t>
            </w:r>
          </w:p>
        </w:tc>
        <w:tc>
          <w:tcPr>
            <w:tcW w:type="dxa" w:w="4986"/>
            <w:tcBorders>
              <w:top w:val="nil"/>
              <w:left w:val="nil"/>
              <w:bottom w:val="nil"/>
              <w:right w:val="nil"/>
              <w:insideH w:val="nil"/>
              <w:insideV w:val="nil"/>
            </w:tcBorders>
          </w:tcPr>
          <w:p>
            <w:pPr>
              <w:jc w:val="center"/>
            </w:pPr>
            <w:r>
              <w:t>Date: ___________________________</w:t>
            </w:r>
          </w:p>
        </w:tc>
      </w:tr>
    </w:tbl>
    <w:p/>
    <w:p/>
    <w:p>
      <w:r>
        <w:rPr>
          <w:b/>
          <w:sz w:val="20"/>
        </w:rPr>
        <w:t>Additional Comments or Notes (optional):</w:t>
      </w:r>
    </w:p>
    <w:p>
      <w:r>
        <w:t>__________________________________________________________________________</w:t>
      </w:r>
    </w:p>
    <w:p>
      <w:r>
        <w:t>__________________________________________________________________________</w:t>
      </w:r>
    </w:p>
    <w:p>
      <w:r>
        <w:t>__________________________________________________________________________</w:t>
      </w:r>
    </w:p>
    <w:p/>
    <w:p/>
    <w:p>
      <w:r>
        <w:rPr>
          <w:b/>
          <w:sz w:val="20"/>
        </w:rPr>
        <w:t>By signing above, I confirm that I have read, understood, and agree to the terms stated in this Interview Consent Form.</w:t>
      </w:r>
    </w:p>
    <w:p>
      <w:r>
        <w:br w:type="page"/>
      </w:r>
    </w:p>
    <w:p>
      <w:pPr>
        <w:jc w:val="center"/>
      </w:pPr>
      <w:r>
        <w:rPr>
          <w:color w:val="555555"/>
          <w:sz w:val="24"/>
        </w:rPr>
        <w:t>Original source of this document:</w:t>
      </w:r>
    </w:p>
    <w:p>
      <w:pPr>
        <w:jc w:val="center"/>
      </w:pPr>
      <w:hyperlink r:id="rId9">
        <w:r>
          <w:rPr>
            <w:color w:val="0000FF"/>
            <w:u w:val="single"/>
          </w:rPr>
          <w:t>https://legaltemplates-uk.com/interview-consent-form/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interview-consent-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