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INSTRUCTION LETTER OF WISHES</w:t>
      </w:r>
    </w:p>
    <w:p/>
    <w:p/>
    <w:p>
      <w:r>
        <w:rPr>
          <w:b w:val="0"/>
          <w:sz w:val="20"/>
        </w:rPr>
        <w:t>This Instruction Letter of Wishes is made to accompany the Last Will and Testament of the undersigned. It is intended to provide guidance to the Executors, Trustees, and Beneficiaries regarding the personal intentions and preferences of the undersigned. This Letter is not legally binding but is to be taken into consideration by those responsible for administering the estate.</w:t>
      </w:r>
    </w:p>
    <w:p/>
    <w:p/>
    <w:p>
      <w:r>
        <w:rPr>
          <w:b/>
          <w:sz w:val="22"/>
        </w:rPr>
        <w:t>1. Personal Details</w:t>
      </w:r>
    </w:p>
    <w:p>
      <w:r>
        <w:rPr>
          <w:b w:val="0"/>
          <w:sz w:val="20"/>
        </w:rPr>
        <w:t>Full Name: _______________________________________________________________</w:t>
      </w:r>
    </w:p>
    <w:p>
      <w:r>
        <w:rPr>
          <w:b w:val="0"/>
          <w:sz w:val="20"/>
        </w:rPr>
        <w:t>Date of Birth: _____________________________________________________________</w:t>
      </w:r>
    </w:p>
    <w:p>
      <w:r>
        <w:rPr>
          <w:b w:val="0"/>
          <w:sz w:val="20"/>
        </w:rPr>
        <w:t>Address: _________________________________________________________________</w:t>
      </w:r>
    </w:p>
    <w:p>
      <w:r>
        <w:rPr>
          <w:b w:val="0"/>
          <w:sz w:val="20"/>
        </w:rPr>
        <w:t>Contact Number: __________________________________________________________</w:t>
      </w:r>
    </w:p>
    <w:p/>
    <w:p/>
    <w:p>
      <w:r>
        <w:rPr>
          <w:b/>
          <w:sz w:val="22"/>
        </w:rPr>
        <w:t>2. Purpose and Scope</w:t>
      </w:r>
    </w:p>
    <w:p>
      <w:r>
        <w:rPr>
          <w:b w:val="0"/>
          <w:sz w:val="20"/>
        </w:rPr>
        <w:t>This Letter sets out my wishes regarding the distribution of personal effects, guardianship of minor children (if applicable), and other matters not expressly detailed in my Will. It is intended to assist my Executors and Trustees in carrying out my intentions in a manner consistent with my values and personal preferences.</w:t>
      </w:r>
    </w:p>
    <w:p/>
    <w:p/>
    <w:p>
      <w:r>
        <w:rPr>
          <w:b/>
          <w:sz w:val="22"/>
        </w:rPr>
        <w:t>3. Distribution of Personal Effects</w:t>
      </w:r>
    </w:p>
    <w:p>
      <w:r>
        <w:rPr>
          <w:b w:val="0"/>
          <w:sz w:val="20"/>
        </w:rPr>
        <w:t>I wish for my personal belongings, cherished items, and heirlooms, including but not limited to jewellery, artwork, photographs, family memorabilia, and personal letters, to be distributed according to the following wishes:</w:t>
      </w:r>
    </w:p>
    <w:p>
      <w:r>
        <w:rPr>
          <w:b w:val="0"/>
          <w:sz w:val="20"/>
        </w:rPr>
        <w:t>- Item/Category: ______________________________________________________________</w:t>
      </w:r>
    </w:p>
    <w:p>
      <w:r>
        <w:rPr>
          <w:b w:val="0"/>
          <w:sz w:val="20"/>
        </w:rPr>
        <w:t xml:space="preserve">  Intended Recipient(s): ______________________________________________________</w:t>
      </w:r>
    </w:p>
    <w:p>
      <w:r>
        <w:rPr>
          <w:b w:val="0"/>
          <w:sz w:val="20"/>
        </w:rPr>
        <w:t>- Item/Category: ______________________________________________________________</w:t>
      </w:r>
    </w:p>
    <w:p>
      <w:r>
        <w:rPr>
          <w:b w:val="0"/>
          <w:sz w:val="20"/>
        </w:rPr>
        <w:t xml:space="preserve">  Intended Recipient(s): ______________________________________________________</w:t>
      </w:r>
    </w:p>
    <w:p>
      <w:r>
        <w:rPr>
          <w:b w:val="0"/>
          <w:sz w:val="20"/>
        </w:rPr>
        <w:t>- Item/Category: ______________________________________________________________</w:t>
      </w:r>
    </w:p>
    <w:p>
      <w:r>
        <w:rPr>
          <w:b w:val="0"/>
          <w:sz w:val="20"/>
        </w:rPr>
        <w:t xml:space="preserve">  Intended Recipient(s): ______________________________________________________</w:t>
      </w:r>
    </w:p>
    <w:p/>
    <w:p/>
    <w:p>
      <w:r>
        <w:rPr>
          <w:b/>
          <w:sz w:val="22"/>
        </w:rPr>
        <w:t>4. Guardianship of Minor Children (if applicable)</w:t>
      </w:r>
    </w:p>
    <w:p>
      <w:r>
        <w:rPr>
          <w:b w:val="0"/>
          <w:sz w:val="20"/>
        </w:rPr>
        <w:t>In the event of my passing while any of my children are minors, I wish the following person(s) to be considered for guardianship:</w:t>
      </w:r>
    </w:p>
    <w:p>
      <w:r>
        <w:rPr>
          <w:b w:val="0"/>
          <w:sz w:val="20"/>
        </w:rPr>
        <w:t>Primary Guardian: ____________________________________________________________</w:t>
      </w:r>
    </w:p>
    <w:p>
      <w:r>
        <w:rPr>
          <w:b w:val="0"/>
          <w:sz w:val="20"/>
        </w:rPr>
        <w:t>Relationship: ________________________________________________________________</w:t>
      </w:r>
    </w:p>
    <w:p>
      <w:r>
        <w:rPr>
          <w:b w:val="0"/>
          <w:sz w:val="20"/>
        </w:rPr>
        <w:t>Contact Information: _________________________________________________________</w:t>
      </w:r>
    </w:p>
    <w:p>
      <w:r>
        <w:rPr>
          <w:b w:val="0"/>
          <w:sz w:val="20"/>
        </w:rPr>
        <w:t>Alternate Guardian: __________________________________________________________</w:t>
      </w:r>
    </w:p>
    <w:p>
      <w:r>
        <w:rPr>
          <w:b w:val="0"/>
          <w:sz w:val="20"/>
        </w:rPr>
        <w:t>Relationship: ________________________________________________________________</w:t>
      </w:r>
    </w:p>
    <w:p>
      <w:r>
        <w:rPr>
          <w:b w:val="0"/>
          <w:sz w:val="20"/>
        </w:rPr>
        <w:t>Contact Information: _________________________________________________________</w:t>
      </w:r>
    </w:p>
    <w:p/>
    <w:p/>
    <w:p>
      <w:r>
        <w:rPr>
          <w:b/>
          <w:sz w:val="22"/>
        </w:rPr>
        <w:t>5. Funeral and Memorial Wishes</w:t>
      </w:r>
    </w:p>
    <w:p>
      <w:r>
        <w:rPr>
          <w:b w:val="0"/>
          <w:sz w:val="20"/>
        </w:rPr>
        <w:t>I wish for my funeral and memorial arrangements to be conducted in accordance with the following preferences:</w:t>
      </w:r>
    </w:p>
    <w:p>
      <w:r>
        <w:rPr>
          <w:b w:val="0"/>
          <w:sz w:val="20"/>
        </w:rPr>
        <w:t>- Type of service: _____________________________________________________________</w:t>
      </w:r>
    </w:p>
    <w:p>
      <w:r>
        <w:rPr>
          <w:b w:val="0"/>
          <w:sz w:val="20"/>
        </w:rPr>
        <w:t>- Location of service: _________________________________________________________</w:t>
      </w:r>
    </w:p>
    <w:p>
      <w:r>
        <w:rPr>
          <w:b w:val="0"/>
          <w:sz w:val="20"/>
        </w:rPr>
        <w:t>- Burial or cremation preferences: _____________________________________________</w:t>
      </w:r>
    </w:p>
    <w:p>
      <w:r>
        <w:rPr>
          <w:b w:val="0"/>
          <w:sz w:val="20"/>
        </w:rPr>
        <w:t>- Donations in lieu of flowers to: ______________________________________________</w:t>
      </w:r>
    </w:p>
    <w:p>
      <w:r>
        <w:rPr>
          <w:b w:val="0"/>
          <w:sz w:val="20"/>
        </w:rPr>
        <w:t>- Any other specific wishes: _________________________________________________</w:t>
      </w:r>
    </w:p>
    <w:p/>
    <w:p/>
    <w:p>
      <w:r>
        <w:rPr>
          <w:b/>
          <w:sz w:val="22"/>
        </w:rPr>
        <w:t>6. Charitable Donations</w:t>
      </w:r>
    </w:p>
    <w:p>
      <w:r>
        <w:rPr>
          <w:b w:val="0"/>
          <w:sz w:val="20"/>
        </w:rPr>
        <w:t>I request that the following charitable donations be made from my estate, subject to the provisions of my Will:</w:t>
      </w:r>
    </w:p>
    <w:p>
      <w:r>
        <w:rPr>
          <w:b w:val="0"/>
          <w:sz w:val="20"/>
        </w:rPr>
        <w:t>- Charity Name: _______________________________________________________________</w:t>
      </w:r>
    </w:p>
    <w:p>
      <w:r>
        <w:rPr>
          <w:b w:val="0"/>
          <w:sz w:val="20"/>
        </w:rPr>
        <w:t xml:space="preserve">  Address: _________________________________________________________________</w:t>
      </w:r>
    </w:p>
    <w:p>
      <w:r>
        <w:rPr>
          <w:b w:val="0"/>
          <w:sz w:val="20"/>
        </w:rPr>
        <w:t xml:space="preserve">  Donation Amount or Item: _________________________________________________</w:t>
      </w:r>
    </w:p>
    <w:p>
      <w:r>
        <w:rPr>
          <w:b w:val="0"/>
          <w:sz w:val="20"/>
        </w:rPr>
        <w:t>- Charity Name: _______________________________________________________________</w:t>
      </w:r>
    </w:p>
    <w:p>
      <w:r>
        <w:rPr>
          <w:b w:val="0"/>
          <w:sz w:val="20"/>
        </w:rPr>
        <w:t xml:space="preserve">  Address: _________________________________________________________________</w:t>
      </w:r>
    </w:p>
    <w:p>
      <w:r>
        <w:rPr>
          <w:b w:val="0"/>
          <w:sz w:val="20"/>
        </w:rPr>
        <w:t xml:space="preserve">  Donation Amount or Item: _________________________________________________</w:t>
      </w:r>
    </w:p>
    <w:p/>
    <w:p/>
    <w:p>
      <w:r>
        <w:rPr>
          <w:b/>
          <w:sz w:val="22"/>
        </w:rPr>
        <w:t>7. Executors and Trustees Guidance</w:t>
      </w:r>
    </w:p>
    <w:p>
      <w:r>
        <w:rPr>
          <w:b w:val="0"/>
          <w:sz w:val="20"/>
        </w:rPr>
        <w:t>To my Executors and Trustees, I express my hope and expectation that they shall act diligently and with utmost care to honour my expressed wishes, even in matters not expressly covered in my Will or this Letter. I entrust them to exercise discretion and compassion in managing my estate and supporting my beneficiaries.</w:t>
      </w:r>
    </w:p>
    <w:p/>
    <w:p/>
    <w:p>
      <w:r>
        <w:rPr>
          <w:b/>
          <w:sz w:val="22"/>
        </w:rPr>
        <w:t>8. Confidentiality and Access</w:t>
      </w:r>
    </w:p>
    <w:p>
      <w:r>
        <w:rPr>
          <w:b w:val="0"/>
          <w:sz w:val="20"/>
        </w:rPr>
        <w:t>This Letter of Wishes is intended to be read by my Executors, Trustees, and beneficiaries only. I request that it be kept confidential and only shared as necessary to fulfil its purpose.</w:t>
      </w:r>
    </w:p>
    <w:p/>
    <w:p/>
    <w:p>
      <w:r>
        <w:rPr>
          <w:b/>
          <w:sz w:val="22"/>
        </w:rPr>
        <w:t>9. Statement of Non-Binding Nature</w:t>
      </w:r>
    </w:p>
    <w:p>
      <w:r>
        <w:rPr>
          <w:b w:val="0"/>
          <w:sz w:val="20"/>
        </w:rPr>
        <w:t>This Letter of Wishes does not form part of my Last Will and Testament and is not legally binding. It is provided solely to assist those responsible for administering my estate and to provide guidance on my personal wishes and preferences.</w:t>
      </w:r>
    </w:p>
    <w:p/>
    <w:p/>
    <w:p>
      <w:r>
        <w:rPr>
          <w:b/>
          <w:sz w:val="22"/>
        </w:rPr>
        <w:t>10. Additional Notes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p/>
    <w:p>
      <w:r>
        <w:rPr>
          <w:b w:val="0"/>
          <w:sz w:val="20"/>
        </w:rPr>
        <w:t>Place: _______________________________________________________________</w:t>
      </w:r>
    </w:p>
    <w:p>
      <w:r>
        <w:rPr>
          <w:b w:val="0"/>
          <w:sz w:val="20"/>
        </w:rPr>
        <w:t>Signature: ___________________________________________________________</w:t>
      </w:r>
    </w:p>
    <w:p>
      <w:r>
        <w:rPr>
          <w:b w:val="0"/>
          <w:sz w:val="20"/>
        </w:rPr>
        <w:t>Full Name: ___________________________________________________________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WITNESS 1</w:t>
            </w:r>
          </w:p>
        </w:tc>
        <w:tc>
          <w:tcPr>
            <w:tcW w:type="dxa" w:w="4986"/>
            <w:tcBorders>
              <w:top w:val="nil"/>
              <w:left w:val="nil"/>
              <w:bottom w:val="nil"/>
              <w:right w:val="nil"/>
              <w:insideH w:val="nil"/>
              <w:insideV w:val="nil"/>
            </w:tcBorders>
          </w:tcPr>
          <w:p>
            <w:pPr>
              <w:jc w:val="center"/>
            </w:pPr>
            <w:r>
              <w:t>WITNESS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Address: _____________________________________________</w:t>
            </w:r>
          </w:p>
        </w:tc>
        <w:tc>
          <w:tcPr>
            <w:tcW w:type="dxa" w:w="4986"/>
            <w:tcBorders>
              <w:top w:val="nil"/>
              <w:left w:val="nil"/>
              <w:bottom w:val="nil"/>
              <w:right w:val="nil"/>
              <w:insideH w:val="nil"/>
              <w:insideV w:val="nil"/>
            </w:tcBorders>
          </w:tcPr>
          <w:p>
            <w:pPr>
              <w:jc w:val="center"/>
            </w:pPr>
            <w:r>
              <w:t>Name &amp; Address: _____________________________________________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https://legaltemplates-uk.com/instruction-letter-of-wishes/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instruction-letter-of-wishes/"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