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INCOME AND EXPENDITURE FORM</w:t>
      </w:r>
    </w:p>
    <w:p/>
    <w:p/>
    <w:p>
      <w:r>
        <w:rPr>
          <w:b/>
          <w:sz w:val="22"/>
        </w:rPr>
        <w:t>1. PERSONAL INFORMATION</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2. INCOME DETAILS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Source of Income</w:t>
            </w:r>
          </w:p>
        </w:tc>
        <w:tc>
          <w:tcPr>
            <w:tcW w:type="dxa" w:w="2493"/>
          </w:tcPr>
          <w:p>
            <w:r>
              <w:t>Frequency</w:t>
            </w:r>
          </w:p>
        </w:tc>
        <w:tc>
          <w:tcPr>
            <w:tcW w:type="dxa" w:w="2493"/>
          </w:tcPr>
          <w:p>
            <w:r>
              <w:t>Gross Amount (£)</w:t>
            </w:r>
          </w:p>
        </w:tc>
        <w:tc>
          <w:tcPr>
            <w:tcW w:type="dxa" w:w="2493"/>
          </w:tcPr>
          <w:p>
            <w:r>
              <w:t>Net Amount (£)</w:t>
            </w:r>
          </w:p>
        </w:tc>
      </w:tr>
      <w:tr>
        <w:tc>
          <w:tcPr>
            <w:tcW w:type="dxa" w:w="2493"/>
          </w:tcPr>
          <w:p>
            <w:r>
              <w:t>e.g. Salary, Benefits, Other</w:t>
            </w:r>
          </w:p>
        </w:tc>
        <w:tc>
          <w:tcPr>
            <w:tcW w:type="dxa" w:w="2493"/>
          </w:tcPr>
          <w:p>
            <w:r>
              <w:t>e.g. Weekly, Monthly</w:t>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r>
        <w:rPr>
          <w:b/>
          <w:sz w:val="22"/>
        </w:rPr>
        <w:t>3. EXPENDITURE DETAILS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Category</w:t>
            </w:r>
          </w:p>
        </w:tc>
        <w:tc>
          <w:tcPr>
            <w:tcW w:type="dxa" w:w="2493"/>
          </w:tcPr>
          <w:p>
            <w:r>
              <w:t>Frequency</w:t>
            </w:r>
          </w:p>
        </w:tc>
        <w:tc>
          <w:tcPr>
            <w:tcW w:type="dxa" w:w="2493"/>
          </w:tcPr>
          <w:p>
            <w:r>
              <w:t>Amount (£)</w:t>
            </w:r>
          </w:p>
        </w:tc>
        <w:tc>
          <w:tcPr>
            <w:tcW w:type="dxa" w:w="2493"/>
          </w:tcPr>
          <w:p>
            <w:r>
              <w:t>Notes</w:t>
            </w:r>
          </w:p>
        </w:tc>
      </w:tr>
      <w:tr>
        <w:tc>
          <w:tcPr>
            <w:tcW w:type="dxa" w:w="2493"/>
          </w:tcPr>
          <w:p>
            <w:r>
              <w:t>e.g. Rent, Utilities, Food</w:t>
            </w:r>
          </w:p>
        </w:tc>
        <w:tc>
          <w:tcPr>
            <w:tcW w:type="dxa" w:w="2493"/>
          </w:tcPr>
          <w:p>
            <w:r>
              <w:t>e.g. Weekly, Monthly</w:t>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r>
        <w:rPr>
          <w:b/>
          <w:sz w:val="22"/>
        </w:rPr>
        <w:t>4. SUMMARY OF INCOME AND EXPENDITURE</w:t>
      </w:r>
    </w:p>
    <w:tbl>
      <w:tblPr>
        <w:tblStyle w:val="TableGrid"/>
        <w:tblW w:type="auto" w:w="0"/>
        <w:tblLook w:firstColumn="1" w:firstRow="1" w:lastColumn="0" w:lastRow="0" w:noHBand="0" w:noVBand="1" w:val="04A0"/>
      </w:tblPr>
      <w:tblGrid>
        <w:gridCol w:w="4986"/>
        <w:gridCol w:w="4986"/>
      </w:tblGrid>
      <w:tr>
        <w:tc>
          <w:tcPr>
            <w:tcW w:type="dxa" w:w="3969"/>
          </w:tcPr>
          <w:p>
            <w:pPr>
              <w:jc w:val="left"/>
            </w:pPr>
            <w:r>
              <w:t>Total Gross Income (£):</w:t>
            </w:r>
          </w:p>
        </w:tc>
        <w:tc>
          <w:tcPr>
            <w:tcW w:type="dxa" w:w="3969"/>
          </w:tcPr>
          <w:p>
            <w:pPr>
              <w:jc w:val="left"/>
            </w:pPr>
            <w:r>
              <w:t>_____________________</w:t>
            </w:r>
          </w:p>
        </w:tc>
      </w:tr>
      <w:tr>
        <w:tc>
          <w:tcPr>
            <w:tcW w:type="dxa" w:w="3969"/>
          </w:tcPr>
          <w:p>
            <w:pPr>
              <w:jc w:val="left"/>
            </w:pPr>
            <w:r>
              <w:t>Total Net Income (£):</w:t>
            </w:r>
          </w:p>
        </w:tc>
        <w:tc>
          <w:tcPr>
            <w:tcW w:type="dxa" w:w="3969"/>
          </w:tcPr>
          <w:p>
            <w:pPr>
              <w:jc w:val="left"/>
            </w:pPr>
            <w:r>
              <w:t>_____________________</w:t>
            </w:r>
          </w:p>
        </w:tc>
      </w:tr>
      <w:tr>
        <w:tc>
          <w:tcPr>
            <w:tcW w:type="dxa" w:w="3969"/>
          </w:tcPr>
          <w:p>
            <w:pPr>
              <w:jc w:val="left"/>
            </w:pPr>
            <w:r>
              <w:t>Total Expenditure (£):</w:t>
            </w:r>
          </w:p>
        </w:tc>
        <w:tc>
          <w:tcPr>
            <w:tcW w:type="dxa" w:w="3969"/>
          </w:tcPr>
          <w:p>
            <w:pPr>
              <w:jc w:val="left"/>
            </w:pPr>
            <w:r>
              <w:t>_____________________</w:t>
            </w:r>
          </w:p>
        </w:tc>
      </w:tr>
      <w:tr>
        <w:tc>
          <w:tcPr>
            <w:tcW w:type="dxa" w:w="3969"/>
          </w:tcPr>
          <w:p>
            <w:pPr>
              <w:jc w:val="left"/>
            </w:pPr>
            <w:r>
              <w:t>Net Balance (£):</w:t>
            </w:r>
          </w:p>
        </w:tc>
        <w:tc>
          <w:tcPr>
            <w:tcW w:type="dxa" w:w="3969"/>
          </w:tcPr>
          <w:p>
            <w:pPr>
              <w:jc w:val="left"/>
            </w:pPr>
            <w:r>
              <w:t>_____________________</w:t>
            </w:r>
          </w:p>
        </w:tc>
      </w:tr>
    </w:tbl>
    <w:p/>
    <w:p/>
    <w:p>
      <w:r>
        <w:rPr>
          <w:b/>
          <w:sz w:val="22"/>
        </w:rPr>
        <w:t>5. DECLARATION</w:t>
      </w:r>
    </w:p>
    <w:p>
      <w:r>
        <w:rPr>
          <w:b w:val="0"/>
          <w:sz w:val="20"/>
        </w:rPr>
        <w:t>I declare that the information provided in this Income and Expenditure Form is true, complete, and accurate to the best of my knowledge. I acknowledge that providing false or misleading information may have legal consequences under UK law.</w:t>
      </w:r>
    </w:p>
    <w:p/>
    <w:p/>
    <w:p>
      <w:r>
        <w:rPr>
          <w:b w:val="0"/>
          <w:sz w:val="20"/>
        </w:rPr>
        <w:t>Signature: _______________________________________________</w:t>
      </w:r>
    </w:p>
    <w:p/>
    <w:p>
      <w:r>
        <w:rPr>
          <w:b w:val="0"/>
          <w:sz w:val="20"/>
        </w:rPr>
        <w:t>Print Name: ______________________________________________</w:t>
      </w:r>
    </w:p>
    <w:p/>
    <w:p>
      <w:r>
        <w:rPr>
          <w:b w:val="0"/>
          <w:sz w:val="20"/>
        </w:rPr>
        <w:t>Date: ____________________________________________________</w:t>
      </w:r>
    </w:p>
    <w:p/>
    <w:p/>
    <w:p/>
    <w:p>
      <w:r>
        <w:rPr>
          <w:b/>
          <w:sz w:val="22"/>
        </w:rPr>
        <w:t>6. DATA PROTECTION NOTICE</w:t>
      </w:r>
    </w:p>
    <w:p>
      <w:r>
        <w:rPr>
          <w:b w:val="0"/>
          <w:sz w:val="20"/>
        </w:rPr>
        <w:t>The personal data provided in this form will be processed in accordance with the UK Data Protection Act 2018 and the UK General Data Protection Regulation (UK GDPR). It will be used solely for the purposes of assessing financial circumstances and will be kept confidential. You have the right to access, rectify, or erase your data and to restrict or object to its processing, as well as the right to data portability, by contacting the data controller.</w:t>
      </w:r>
    </w:p>
    <w:p/>
    <w:p/>
    <w:p>
      <w:r>
        <w:rPr>
          <w:b/>
          <w:sz w:val="22"/>
        </w:rPr>
        <w:t>7. NOTES AND GUIDANCE</w:t>
      </w:r>
    </w:p>
    <w:p>
      <w:r>
        <w:rPr>
          <w:b w:val="0"/>
          <w:sz w:val="20"/>
        </w:rPr>
        <w:t>• Please complete all sections accurately and legibly.</w:t>
        <w:br/>
        <w:t>• Attach supporting documents where applicable (e.g. payslips, bank statements).</w:t>
        <w:br/>
        <w:t>• Frequency refers to how often the income or expenditure recurs (e.g. weekly, monthly).</w:t>
        <w:br/>
        <w:t>• If any section does not apply, write 'N/A'.</w:t>
        <w:br/>
        <w:t>• Retain a copy of this form for your records.</w:t>
      </w:r>
    </w:p>
    <w:p/>
    <w:p/>
    <w:p>
      <w:r>
        <w:rPr>
          <w:b/>
          <w:sz w:val="22"/>
        </w:rPr>
        <w:t>8. CONTACT INFORMATION FOR QUERIES</w:t>
      </w:r>
    </w:p>
    <w:p>
      <w:r>
        <w:rPr>
          <w:b w:val="0"/>
          <w:sz w:val="20"/>
        </w:rPr>
        <w:t>If you require assistance completing this form or have any questions, please contact:</w:t>
      </w:r>
    </w:p>
    <w:p>
      <w:r>
        <w:rPr>
          <w:b w:val="0"/>
          <w:sz w:val="20"/>
        </w:rPr>
        <w:t>Name: ________________________________________________________________</w:t>
      </w:r>
    </w:p>
    <w:p>
      <w:r>
        <w:rPr>
          <w:b w:val="0"/>
          <w:sz w:val="20"/>
        </w:rPr>
        <w:t>Position/Department: __________________________________________________</w:t>
      </w:r>
    </w:p>
    <w:p>
      <w:r>
        <w:rPr>
          <w:b w:val="0"/>
          <w:sz w:val="20"/>
        </w:rPr>
        <w:t>Telephone: ____________________________________________________________</w:t>
      </w:r>
    </w:p>
    <w:p>
      <w:r>
        <w:rPr>
          <w:b w:val="0"/>
          <w:sz w:val="20"/>
        </w:rPr>
        <w:t>Email: ________________________________________________________________</w:t>
      </w:r>
    </w:p>
    <w:p/>
    <w:p>
      <w:r>
        <w:rPr>
          <w:b/>
          <w:sz w:val="22"/>
        </w:rPr>
        <w:t>9. OFFICIAL USE ONLY</w:t>
      </w:r>
    </w:p>
    <w:tbl>
      <w:tblPr>
        <w:tblStyle w:val="TableGrid"/>
        <w:tblW w:type="auto" w:w="0"/>
        <w:tblLook w:firstColumn="1" w:firstRow="1" w:lastColumn="0" w:lastRow="0" w:noHBand="0" w:noVBand="1" w:val="04A0"/>
      </w:tblPr>
      <w:tblGrid>
        <w:gridCol w:w="4986"/>
        <w:gridCol w:w="4986"/>
      </w:tblGrid>
      <w:tr>
        <w:tc>
          <w:tcPr>
            <w:tcW w:type="dxa" w:w="4986"/>
          </w:tcPr>
          <w:p>
            <w:pPr>
              <w:jc w:val="left"/>
            </w:pPr>
            <w:r>
              <w:t>Date Received:</w:t>
            </w:r>
          </w:p>
        </w:tc>
        <w:tc>
          <w:tcPr>
            <w:tcW w:type="dxa" w:w="4986"/>
          </w:tcPr>
          <w:p>
            <w:pPr>
              <w:jc w:val="left"/>
            </w:pPr>
            <w:r>
              <w:t>_____________________</w:t>
            </w:r>
          </w:p>
        </w:tc>
      </w:tr>
      <w:tr>
        <w:tc>
          <w:tcPr>
            <w:tcW w:type="dxa" w:w="4986"/>
          </w:tcPr>
          <w:p>
            <w:pPr>
              <w:jc w:val="left"/>
            </w:pPr>
            <w:r>
              <w:t>Reviewed By:</w:t>
            </w:r>
          </w:p>
        </w:tc>
        <w:tc>
          <w:tcPr>
            <w:tcW w:type="dxa" w:w="4986"/>
          </w:tcPr>
          <w:p>
            <w:pPr>
              <w:jc w:val="left"/>
            </w:pPr>
            <w:r>
              <w:t>_____________________</w:t>
            </w:r>
          </w:p>
        </w:tc>
      </w:tr>
      <w:tr>
        <w:tc>
          <w:tcPr>
            <w:tcW w:type="dxa" w:w="4986"/>
          </w:tcPr>
          <w:p>
            <w:pPr>
              <w:jc w:val="left"/>
            </w:pPr>
            <w:r>
              <w:t>Comments:</w:t>
            </w:r>
          </w:p>
        </w:tc>
        <w:tc>
          <w:tcPr>
            <w:tcW w:type="dxa" w:w="4986"/>
          </w:tcPr>
          <w:p>
            <w:pPr>
              <w:jc w:val="left"/>
            </w:pPr>
            <w:r/>
          </w:p>
        </w:tc>
      </w:tr>
      <w:tr>
        <w:tc>
          <w:tcPr>
            <w:tcW w:type="dxa" w:w="4986"/>
          </w:tcPr>
          <w:p>
            <w:pPr>
              <w:jc w:val="left"/>
            </w:pPr>
            <w:r>
              <w:t>Decision:</w:t>
            </w:r>
          </w:p>
        </w:tc>
        <w:tc>
          <w:tcPr>
            <w:tcW w:type="dxa" w:w="4986"/>
          </w:tcPr>
          <w:p>
            <w:pPr>
              <w:jc w:val="left"/>
            </w:pPr>
            <w:r>
              <w:t>_____________________</w:t>
            </w:r>
          </w:p>
        </w:tc>
      </w:tr>
      <w:tr>
        <w:tc>
          <w:tcPr>
            <w:tcW w:type="dxa" w:w="4986"/>
          </w:tcPr>
          <w:p>
            <w:pPr>
              <w:jc w:val="left"/>
            </w:pPr>
            <w:r>
              <w:t>Date of Decision:</w:t>
            </w:r>
          </w:p>
        </w:tc>
        <w:tc>
          <w:tcPr>
            <w:tcW w:type="dxa" w:w="4986"/>
          </w:tcPr>
          <w:p>
            <w:pPr>
              <w:jc w:val="left"/>
            </w:pPr>
            <w:r>
              <w:t>_____________________</w:t>
            </w:r>
          </w:p>
        </w:tc>
      </w:tr>
    </w:tbl>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Official Signature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https://legaltemplates-uk.com/income-and-expenditure-form/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income-and-expenditure-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