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HOLIDAY REQUEST AND APPROVAL FORM</w:t>
      </w:r>
    </w:p>
    <w:p/>
    <w:p>
      <w:r>
        <w:rPr>
          <w:b/>
          <w:sz w:val="20"/>
        </w:rPr>
        <w:t>Employee Details:</w:t>
      </w:r>
    </w:p>
    <w:p>
      <w:r>
        <w:rPr>
          <w:b w:val="0"/>
          <w:sz w:val="20"/>
        </w:rPr>
        <w:t>Full Name: ____________________________________________________________</w:t>
      </w:r>
    </w:p>
    <w:p>
      <w:r>
        <w:rPr>
          <w:b w:val="0"/>
          <w:sz w:val="20"/>
        </w:rPr>
        <w:t>Employee ID / Number: _________________________________________________</w:t>
      </w:r>
    </w:p>
    <w:p>
      <w:r>
        <w:rPr>
          <w:b w:val="0"/>
          <w:sz w:val="20"/>
        </w:rPr>
        <w:t>Department: __________________________________________________________</w:t>
      </w:r>
    </w:p>
    <w:p>
      <w:r>
        <w:rPr>
          <w:b w:val="0"/>
          <w:sz w:val="20"/>
        </w:rPr>
        <w:t>Job Title: ___________________________________________________________</w:t>
      </w:r>
    </w:p>
    <w:p>
      <w:r>
        <w:rPr>
          <w:b w:val="0"/>
          <w:sz w:val="20"/>
        </w:rPr>
        <w:t>Line Manager: ________________________________________________________</w:t>
      </w:r>
    </w:p>
    <w:p/>
    <w:p>
      <w:r>
        <w:rPr>
          <w:b/>
          <w:sz w:val="20"/>
        </w:rPr>
        <w:t>Holiday Request:</w:t>
      </w:r>
    </w:p>
    <w:p>
      <w:r>
        <w:rPr>
          <w:b w:val="0"/>
          <w:sz w:val="20"/>
        </w:rPr>
        <w:t>Type of Leave (Annual Leave / Compassionate Leave / Unpaid Leave / Other): ______________</w:t>
      </w:r>
    </w:p>
    <w:p>
      <w:r>
        <w:rPr>
          <w:b w:val="0"/>
          <w:sz w:val="20"/>
        </w:rPr>
        <w:t>Start Date of Leave: __________________________________________________</w:t>
      </w:r>
    </w:p>
    <w:p>
      <w:r>
        <w:rPr>
          <w:b w:val="0"/>
          <w:sz w:val="20"/>
        </w:rPr>
        <w:t>End Date of Leave: ____________________________________________________</w:t>
      </w:r>
    </w:p>
    <w:p>
      <w:r>
        <w:rPr>
          <w:b w:val="0"/>
          <w:sz w:val="20"/>
        </w:rPr>
        <w:t>Total Number of Leave Days Requested: _________________________________</w:t>
      </w:r>
    </w:p>
    <w:p>
      <w:r>
        <w:rPr>
          <w:b w:val="0"/>
          <w:sz w:val="20"/>
        </w:rPr>
        <w:t>Reason for Leave (if applicable): _______________________________________</w:t>
      </w:r>
    </w:p>
    <w:p/>
    <w:p>
      <w:r>
        <w:rPr>
          <w:b/>
          <w:sz w:val="20"/>
        </w:rPr>
        <w:t>Employee Declaration:</w:t>
      </w:r>
    </w:p>
    <w:p>
      <w:r>
        <w:rPr>
          <w:b w:val="0"/>
          <w:sz w:val="20"/>
        </w:rPr>
        <w:t>I hereby request the leave as detailed above and confirm that I have read and understood the company’s leave policies and procedures. I confirm that all the information provided is accurate and complete to the best of my knowledge.</w:t>
      </w:r>
    </w:p>
    <w:p/>
    <w:p>
      <w:r>
        <w:rPr>
          <w:b/>
          <w:sz w:val="20"/>
        </w:rPr>
        <w:t>Manager Approval:</w:t>
      </w:r>
    </w:p>
    <w:p>
      <w:r>
        <w:rPr>
          <w:b w:val="0"/>
          <w:sz w:val="20"/>
        </w:rPr>
        <w:t>Approval Status: ☐ Approved    ☐ Not Approved</w:t>
      </w:r>
    </w:p>
    <w:p>
      <w:r>
        <w:rPr>
          <w:b w:val="0"/>
          <w:sz w:val="20"/>
        </w:rPr>
        <w:t>Comments: ____________________________________________________________</w:t>
      </w:r>
    </w:p>
    <w:p/>
    <w:p>
      <w:r>
        <w:rPr>
          <w:b/>
          <w:sz w:val="20"/>
        </w:rPr>
        <w:t>Manager Declaration:</w:t>
      </w:r>
    </w:p>
    <w:p>
      <w:r>
        <w:rPr>
          <w:b w:val="0"/>
          <w:sz w:val="20"/>
        </w:rPr>
        <w:t>I confirm that I have reviewed this holiday request in accordance with company policy and resource requirements.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LINE MANAGER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Date: _________________________________</w:t>
            </w:r>
          </w:p>
        </w:tc>
        <w:tc>
          <w:tcPr>
            <w:tcW w:type="dxa" w:w="4986"/>
            <w:tcBorders>
              <w:top w:val="nil"/>
              <w:left w:val="nil"/>
              <w:bottom w:val="nil"/>
              <w:right w:val="nil"/>
              <w:insideH w:val="nil"/>
              <w:insideV w:val="nil"/>
            </w:tcBorders>
          </w:tcPr>
          <w:p>
            <w:pPr>
              <w:jc w:val="center"/>
            </w:pPr>
            <w:r>
              <w:t>Date: _________________________________</w:t>
            </w:r>
          </w:p>
        </w:tc>
      </w:tr>
    </w:tbl>
    <w:p/>
    <w:p>
      <w:r>
        <w:rPr>
          <w:b/>
          <w:sz w:val="20"/>
        </w:rPr>
        <w:t>IMPORTANT NOTES:</w:t>
      </w:r>
    </w:p>
    <w:p>
      <w:r>
        <w:rPr>
          <w:b w:val="0"/>
          <w:sz w:val="20"/>
        </w:rPr>
        <w:t>1. Submission of this form does not guarantee approval of holiday leave.</w:t>
      </w:r>
    </w:p>
    <w:p>
      <w:r>
        <w:rPr>
          <w:b w:val="0"/>
          <w:sz w:val="20"/>
        </w:rPr>
        <w:t>2. Holiday leave must be approved by the line manager before it can be taken.</w:t>
      </w:r>
    </w:p>
    <w:p>
      <w:r>
        <w:rPr>
          <w:b w:val="0"/>
          <w:sz w:val="20"/>
        </w:rPr>
        <w:t>3. Any falsification of information may lead to disciplinary action.</w:t>
      </w:r>
    </w:p>
    <w:p>
      <w:r>
        <w:rPr>
          <w:b w:val="0"/>
          <w:sz w:val="20"/>
        </w:rPr>
        <w:t>4. This form and the information contained herein are subject to the UK Employment Rights Act 1996 and related legislation.</w:t>
      </w:r>
    </w:p>
    <w:p>
      <w:r>
        <w:rPr>
          <w:b w:val="0"/>
          <w:sz w:val="20"/>
        </w:rPr>
        <w:t>5. The employee is responsible for ensuring adequate handover of duties during their absence.</w:t>
      </w:r>
    </w:p>
    <w:p>
      <w:r>
        <w:rPr>
          <w:b w:val="0"/>
          <w:sz w:val="20"/>
        </w:rPr>
        <w:t>6. The employer reserves the right to refuse leave requests based on business needs, subject to reasonable notice and consultation.</w:t>
      </w:r>
    </w:p>
    <w:p>
      <w:r>
        <w:rPr>
          <w:b w:val="0"/>
          <w:sz w:val="20"/>
        </w:rPr>
        <w:t>7. Any disputes arising from this holiday request will be handled in accordance with company grievance procedures and applicable UK employment law.</w:t>
      </w:r>
    </w:p>
    <w:p/>
    <w:p>
      <w:r>
        <w:rPr>
          <w:b/>
          <w:sz w:val="20"/>
        </w:rPr>
        <w:t>DATA PROTECTION AND CONFIDENTIALITY:</w:t>
      </w:r>
    </w:p>
    <w:p>
      <w:r>
        <w:rPr>
          <w:b w:val="0"/>
          <w:sz w:val="20"/>
        </w:rPr>
        <w:t>All personal data provided on this form will be handled in accordance with the UK General Data Protection Regulation (UK GDPR) and the Data Protection Act 2018. Information will be processed solely for the purposes of managing leave entitlements and related HR functions.</w:t>
      </w:r>
    </w:p>
    <w:p/>
    <w:p>
      <w:r>
        <w:rPr>
          <w:b/>
          <w:sz w:val="20"/>
        </w:rPr>
        <w:t>EMPLOYEE ACKNOWLEDGMENT:</w:t>
      </w:r>
    </w:p>
    <w:p>
      <w:r>
        <w:rPr>
          <w:b w:val="0"/>
          <w:sz w:val="20"/>
        </w:rPr>
        <w:t>By signing this form, I acknowledge that I have read, understood and agree to comply with the company’s leave policies and relevant UK employment laws applicable to holiday entitlement and leave.</w:t>
      </w:r>
    </w:p>
    <w:p/>
    <w:p/>
    <w:p>
      <w:r>
        <w:br w:type="page"/>
      </w:r>
    </w:p>
    <w:p>
      <w:pPr>
        <w:jc w:val="center"/>
      </w:pPr>
      <w:r>
        <w:rPr>
          <w:color w:val="555555"/>
          <w:sz w:val="24"/>
        </w:rPr>
        <w:t>Original source of this document:</w:t>
      </w:r>
    </w:p>
    <w:p>
      <w:pPr>
        <w:jc w:val="center"/>
      </w:pPr>
      <w:hyperlink r:id="rId9">
        <w:r>
          <w:rPr>
            <w:color w:val="0000FF"/>
            <w:u w:val="single"/>
          </w:rPr>
          <w:t>https://legaltemplates-uk.com/holiday-form/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https://legaltemplates-uk.com</w:t>
        </w:r>
      </w:hyperlink>
    </w:p>
    <w:p>
      <w:pPr>
        <w:jc w:val="center"/>
      </w:pPr>
      <w:r>
        <w:rPr>
          <w:color w:val="808080"/>
          <w:sz w:val="20"/>
        </w:rPr>
        <w:t>This template is intended exclusively for personal, non-commercial use.</w:t>
        <w:br/>
        <w:t>If distributed or published, the source must be mentioned. © legaltemplates-uk.com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uk.com/holiday-form/" TargetMode="External"/><Relationship Id="rId10" Type="http://schemas.openxmlformats.org/officeDocument/2006/relationships/hyperlink" Target="https://legal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