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FORMAL RESIGNATION LETTER</w:t>
      </w:r>
    </w:p>
    <w:p/>
    <w:p/>
    <w:p>
      <w:r>
        <w:rPr>
          <w:b/>
          <w:sz w:val="20"/>
        </w:rPr>
        <w:t>Sender's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</w:t>
      </w:r>
    </w:p>
    <w:p/>
    <w:p>
      <w:r>
        <w:rPr>
          <w:b/>
          <w:sz w:val="20"/>
        </w:rPr>
        <w:t>Recipient's Information:</w:t>
      </w:r>
    </w:p>
    <w:p>
      <w:r>
        <w:rPr>
          <w:b w:val="0"/>
          <w:sz w:val="20"/>
        </w:rPr>
        <w:t>Employer/Company Name: _________________________________________________</w:t>
      </w:r>
    </w:p>
    <w:p>
      <w:r>
        <w:rPr>
          <w:b w:val="0"/>
          <w:sz w:val="20"/>
        </w:rPr>
        <w:t>Recipient Name/Position: ________________________________________________</w:t>
      </w:r>
    </w:p>
    <w:p>
      <w:r>
        <w:rPr>
          <w:b w:val="0"/>
          <w:sz w:val="20"/>
        </w:rPr>
        <w:t>Company Address: ______________________________________________________</w:t>
      </w:r>
    </w:p>
    <w:p/>
    <w:p>
      <w:r>
        <w:rPr>
          <w:b w:val="0"/>
          <w:sz w:val="20"/>
        </w:rPr>
        <w:t>Dear ________________________________,</w:t>
      </w:r>
    </w:p>
    <w:p/>
    <w:p>
      <w:r>
        <w:rPr>
          <w:b w:val="0"/>
          <w:sz w:val="20"/>
        </w:rPr>
        <w:t>I am writing to formally notify you of my resignation from my position at the company,</w:t>
      </w:r>
    </w:p>
    <w:p>
      <w:r>
        <w:rPr>
          <w:b w:val="0"/>
          <w:sz w:val="20"/>
        </w:rPr>
        <w:t>effective immediately as per the terms stated below.</w:t>
      </w:r>
    </w:p>
    <w:p/>
    <w:p>
      <w:r>
        <w:rPr>
          <w:b/>
          <w:sz w:val="20"/>
        </w:rPr>
        <w:t>Employment Details:</w:t>
      </w:r>
    </w:p>
    <w:p>
      <w:r>
        <w:rPr>
          <w:b w:val="0"/>
          <w:sz w:val="20"/>
        </w:rPr>
        <w:t>Position Held: 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</w:t>
      </w:r>
    </w:p>
    <w:p/>
    <w:p>
      <w:r>
        <w:rPr>
          <w:b/>
          <w:sz w:val="20"/>
        </w:rPr>
        <w:t>Notice Period:</w:t>
      </w:r>
    </w:p>
    <w:p>
      <w:r>
        <w:rPr>
          <w:b w:val="0"/>
          <w:sz w:val="20"/>
        </w:rPr>
        <w:t>In accordance with my employment contract and UK employment law, I hereby provide</w:t>
      </w:r>
    </w:p>
    <w:p>
      <w:r>
        <w:rPr>
          <w:b w:val="0"/>
          <w:sz w:val="20"/>
        </w:rPr>
        <w:t>the required notice period of __________________ working days/weeks.</w:t>
      </w:r>
    </w:p>
    <w:p>
      <w:r>
        <w:rPr>
          <w:b w:val="0"/>
          <w:sz w:val="20"/>
        </w:rPr>
        <w:t>My final working day will be ________________________________ (to be calculated based on the notice period).</w:t>
      </w:r>
    </w:p>
    <w:p/>
    <w:p>
      <w:r>
        <w:rPr>
          <w:b/>
          <w:sz w:val="20"/>
        </w:rPr>
        <w:t>Reason for Resignation (optional):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 w:val="0"/>
          <w:sz w:val="20"/>
        </w:rPr>
        <w:t>I would like to express my sincere gratitude for the opportunities and support provided</w:t>
      </w:r>
    </w:p>
    <w:p>
      <w:r>
        <w:rPr>
          <w:b w:val="0"/>
          <w:sz w:val="20"/>
        </w:rPr>
        <w:t>during my tenure. I am committed to ensuring a smooth transition and will cooperate</w:t>
      </w:r>
    </w:p>
    <w:p>
      <w:r>
        <w:rPr>
          <w:b w:val="0"/>
          <w:sz w:val="20"/>
        </w:rPr>
        <w:t>fully during the handover of my responsibilities.</w:t>
      </w:r>
    </w:p>
    <w:p/>
    <w:p>
      <w:r>
        <w:rPr>
          <w:b w:val="0"/>
          <w:sz w:val="20"/>
        </w:rPr>
        <w:t>I confirm that I will return all company property, including but not limited to keys,</w:t>
      </w:r>
    </w:p>
    <w:p>
      <w:r>
        <w:rPr>
          <w:b w:val="0"/>
          <w:sz w:val="20"/>
        </w:rPr>
        <w:t>documents, equipment, and electronic devices, by my last working day.</w:t>
      </w:r>
    </w:p>
    <w:p/>
    <w:p>
      <w:r>
        <w:rPr>
          <w:b w:val="0"/>
          <w:sz w:val="20"/>
        </w:rPr>
        <w:t>I acknowledge my continuing obligations under the terms of my employment contract,</w:t>
      </w:r>
    </w:p>
    <w:p>
      <w:r>
        <w:rPr>
          <w:b w:val="0"/>
          <w:sz w:val="20"/>
        </w:rPr>
        <w:t>including but not limited to confidentiality, non-disclosure, and any post-termination</w:t>
      </w:r>
    </w:p>
    <w:p>
      <w:r>
        <w:rPr>
          <w:b w:val="0"/>
          <w:sz w:val="20"/>
        </w:rPr>
        <w:t>restrictions.</w:t>
      </w:r>
    </w:p>
    <w:p/>
    <w:p>
      <w:r>
        <w:rPr>
          <w:b w:val="0"/>
          <w:sz w:val="20"/>
        </w:rPr>
        <w:t>Please direct any future correspondence regarding my employment or final settlement</w:t>
      </w:r>
    </w:p>
    <w:p>
      <w:r>
        <w:rPr>
          <w:b w:val="0"/>
          <w:sz w:val="20"/>
        </w:rPr>
        <w:t>to the contact information provided above.</w:t>
      </w:r>
    </w:p>
    <w:p/>
    <w:p>
      <w:r>
        <w:rPr>
          <w:b w:val="0"/>
          <w:sz w:val="20"/>
        </w:rPr>
        <w:t>Thank you for your understanding. I wish the company continued success in the future.</w:t>
      </w:r>
    </w:p>
    <w:p/>
    <w:p/>
    <w:p>
      <w:r>
        <w:rPr>
          <w:b w:val="0"/>
          <w:sz w:val="20"/>
        </w:rPr>
        <w:t>Yours faithfully,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of 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Employer Acknowledgment of Resignation: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Received By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Received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https://legaltemplates-uk.com/formal-resignation-letter/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formal-resignation-letter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