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DOG WALKING SERVICE AGREEMENT</w:t>
      </w:r>
    </w:p>
    <w:p/>
    <w:p>
      <w:r>
        <w:rPr>
          <w:b/>
          <w:sz w:val="20"/>
        </w:rPr>
        <w:t>This Dog Walking Service Agreement (the “Agreement”) is made between:</w:t>
      </w:r>
    </w:p>
    <w:p>
      <w:r>
        <w:rPr>
          <w:b/>
          <w:sz w:val="20"/>
        </w:rPr>
        <w:t>Dog Owner: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Dog Walker: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</w:t>
      </w:r>
    </w:p>
    <w:p/>
    <w:p>
      <w:r>
        <w:rPr>
          <w:b/>
          <w:sz w:val="20"/>
        </w:rPr>
        <w:t>Dog Information: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Breed: _______________________________________________________________</w:t>
      </w:r>
    </w:p>
    <w:p>
      <w:r>
        <w:rPr>
          <w:b w:val="0"/>
          <w:sz w:val="20"/>
        </w:rPr>
        <w:t>Age: _____________________  Gender: _________________________________</w:t>
      </w:r>
    </w:p>
    <w:p>
      <w:r>
        <w:rPr>
          <w:b w:val="0"/>
          <w:sz w:val="20"/>
        </w:rPr>
        <w:t>Medical Conditions / Allergies: ________________________________________</w:t>
      </w:r>
    </w:p>
    <w:p>
      <w:r>
        <w:rPr>
          <w:b w:val="0"/>
          <w:sz w:val="20"/>
        </w:rPr>
        <w:t>Special Instructions or Behavioural Notes: ____________________________</w:t>
      </w:r>
    </w:p>
    <w:p/>
    <w:p>
      <w:r>
        <w:rPr>
          <w:b/>
          <w:sz w:val="20"/>
        </w:rPr>
        <w:t>Service Description:</w:t>
      </w:r>
    </w:p>
    <w:p>
      <w:r>
        <w:rPr>
          <w:b w:val="0"/>
          <w:sz w:val="20"/>
        </w:rPr>
        <w:t>The Dog Walker agrees to provide dog walking services for the Dog Owner’s dog(s) as described herein. Walks will include exercise, bathroom breaks, and general care as reasonably required.</w:t>
      </w:r>
    </w:p>
    <w:p/>
    <w:p>
      <w:r>
        <w:rPr>
          <w:b/>
          <w:sz w:val="20"/>
        </w:rPr>
        <w:t>Service Schedule:</w:t>
      </w:r>
    </w:p>
    <w:p>
      <w:r>
        <w:rPr>
          <w:b w:val="0"/>
          <w:sz w:val="20"/>
        </w:rPr>
        <w:t>Days of Week: _________________________________________________________</w:t>
      </w:r>
    </w:p>
    <w:p>
      <w:r>
        <w:rPr>
          <w:b w:val="0"/>
          <w:sz w:val="20"/>
        </w:rPr>
        <w:t>Times: ________________________________________________________________</w:t>
      </w:r>
    </w:p>
    <w:p>
      <w:r>
        <w:rPr>
          <w:b w:val="0"/>
          <w:sz w:val="20"/>
        </w:rPr>
        <w:t>Duration of Each Walk: ________________________________________________</w:t>
      </w:r>
    </w:p>
    <w:p/>
    <w:p>
      <w:r>
        <w:rPr>
          <w:b/>
          <w:sz w:val="20"/>
        </w:rPr>
        <w:t>Service Location(s):</w:t>
      </w:r>
    </w:p>
    <w:p>
      <w:r>
        <w:rPr>
          <w:b w:val="0"/>
          <w:sz w:val="20"/>
        </w:rPr>
        <w:t>Primary Walking Location(s): ___________________________________________</w:t>
      </w:r>
    </w:p>
    <w:p>
      <w:r>
        <w:rPr>
          <w:b w:val="0"/>
          <w:sz w:val="20"/>
        </w:rPr>
        <w:t>Alternative Location(s) if Applicable: _________________________________</w:t>
      </w:r>
    </w:p>
    <w:p/>
    <w:p>
      <w:r>
        <w:rPr>
          <w:b/>
          <w:sz w:val="20"/>
        </w:rPr>
        <w:t>Fees and Payment Terms:</w:t>
      </w:r>
    </w:p>
    <w:p>
      <w:r>
        <w:rPr>
          <w:b w:val="0"/>
          <w:sz w:val="20"/>
        </w:rPr>
        <w:t>The Dog Owner agrees to pay the Dog Walker the sum of £________________ per walk/session.</w:t>
      </w:r>
    </w:p>
    <w:p>
      <w:r>
        <w:rPr>
          <w:b w:val="0"/>
          <w:sz w:val="20"/>
        </w:rPr>
        <w:t>Payment shall be made by the following method(s): ______________________</w:t>
      </w:r>
    </w:p>
    <w:p>
      <w:r>
        <w:rPr>
          <w:b w:val="0"/>
          <w:sz w:val="20"/>
        </w:rPr>
        <w:t>Payment is due on or before the date of service unless otherwise agreed.</w:t>
      </w:r>
    </w:p>
    <w:p/>
    <w:p>
      <w:r>
        <w:rPr>
          <w:b/>
          <w:sz w:val="20"/>
        </w:rPr>
        <w:t>Dog Owner’s Responsibilities:</w:t>
      </w:r>
    </w:p>
    <w:p>
      <w:r>
        <w:rPr>
          <w:b w:val="0"/>
          <w:sz w:val="20"/>
        </w:rPr>
        <w:t>The Dog Owner represents and warrants that the dog(s) are up to date with all vaccinations, licensed as required by law, and free from contagious diseases.</w:t>
      </w:r>
    </w:p>
    <w:p>
      <w:r>
        <w:rPr>
          <w:b w:val="0"/>
          <w:sz w:val="20"/>
        </w:rPr>
        <w:t>The Dog Owner agrees to provide any necessary equipment (e.g., leash, collar, waste bags).</w:t>
      </w:r>
    </w:p>
    <w:p>
      <w:r>
        <w:rPr>
          <w:b w:val="0"/>
          <w:sz w:val="20"/>
        </w:rPr>
        <w:t>The Dog Owner shall inform the Dog Walker of any changes in the dog’s health, behaviour, or routines.</w:t>
      </w:r>
    </w:p>
    <w:p/>
    <w:p>
      <w:r>
        <w:rPr>
          <w:b/>
          <w:sz w:val="20"/>
        </w:rPr>
        <w:t>Dog Walker’s Responsibilities:</w:t>
      </w:r>
    </w:p>
    <w:p>
      <w:r>
        <w:rPr>
          <w:b w:val="0"/>
          <w:sz w:val="20"/>
        </w:rPr>
        <w:t>The Dog Walker agrees to exercise reasonable care and skill in providing the dog walking services.</w:t>
      </w:r>
    </w:p>
    <w:p>
      <w:r>
        <w:rPr>
          <w:b w:val="0"/>
          <w:sz w:val="20"/>
        </w:rPr>
        <w:t>The Dog Walker shall comply with all applicable laws and regulations, including local dog control and public safety requirements.</w:t>
      </w:r>
    </w:p>
    <w:p>
      <w:r>
        <w:rPr>
          <w:b w:val="0"/>
          <w:sz w:val="20"/>
        </w:rPr>
        <w:t>The Dog Walker will not leave the dog unattended and will secure the dog at all times during walks.</w:t>
      </w:r>
    </w:p>
    <w:p/>
    <w:p>
      <w:r>
        <w:rPr>
          <w:b/>
          <w:sz w:val="20"/>
        </w:rPr>
        <w:t>Liability and Indemnity:</w:t>
      </w:r>
    </w:p>
    <w:p>
      <w:r>
        <w:rPr>
          <w:b w:val="0"/>
          <w:sz w:val="20"/>
        </w:rPr>
        <w:t>The Dog Walker shall not be liable for any injury, illness, or loss suffered by the dog(s) unless due to the Dog Walker’s gross negligence or wilful misconduct.</w:t>
      </w:r>
    </w:p>
    <w:p>
      <w:r>
        <w:rPr>
          <w:b w:val="0"/>
          <w:sz w:val="20"/>
        </w:rPr>
        <w:t>The Dog Owner agrees to indemnify and hold harmless the Dog Walker from any claims, damages, or expenses arising from the dog’s behaviour, including bites or damage to property.</w:t>
      </w:r>
    </w:p>
    <w:p/>
    <w:p>
      <w:r>
        <w:rPr>
          <w:b/>
          <w:sz w:val="20"/>
        </w:rPr>
        <w:t>Term and Termination:</w:t>
      </w:r>
    </w:p>
    <w:p>
      <w:r>
        <w:rPr>
          <w:b w:val="0"/>
          <w:sz w:val="20"/>
        </w:rPr>
        <w:t>This Agreement shall commence upon signature by both parties and continue until terminated by either party by providing _______ days written notice.</w:t>
      </w:r>
    </w:p>
    <w:p>
      <w:r>
        <w:rPr>
          <w:b w:val="0"/>
          <w:sz w:val="20"/>
        </w:rPr>
        <w:t>Either party may terminate the Agreement immediately for cause, including breach of contract or behaviour that endangers the dog or individuals.</w:t>
      </w:r>
    </w:p>
    <w:p/>
    <w:p>
      <w:r>
        <w:rPr>
          <w:b/>
          <w:sz w:val="20"/>
        </w:rPr>
        <w:t>Governing Law and Jurisdiction:</w:t>
      </w:r>
    </w:p>
    <w:p>
      <w:r>
        <w:rPr>
          <w:b w:val="0"/>
          <w:sz w:val="20"/>
        </w:rPr>
        <w:t>This Agreement shall be governed by and construed in accordance with the laws of England and Wales.</w:t>
      </w:r>
    </w:p>
    <w:p>
      <w:r>
        <w:rPr>
          <w:b w:val="0"/>
          <w:sz w:val="20"/>
        </w:rPr>
        <w:t>Any disputes arising out of or in connection with this Agreement shall be subject to the exclusive jurisdiction of the courts of England and Wales.</w:t>
      </w:r>
    </w:p>
    <w:p/>
    <w:p>
      <w:r>
        <w:rPr>
          <w:b/>
          <w:sz w:val="20"/>
        </w:rPr>
        <w:t>Entire Agreement and Amendments:</w:t>
      </w:r>
    </w:p>
    <w:p>
      <w:r>
        <w:rPr>
          <w:b w:val="0"/>
          <w:sz w:val="20"/>
        </w:rPr>
        <w:t>This Agreement constitutes the entire agreement between the parties and supersedes all prior understandings or agreements, whether written or oral.</w:t>
      </w:r>
    </w:p>
    <w:p>
      <w:r>
        <w:rPr>
          <w:b w:val="0"/>
          <w:sz w:val="20"/>
        </w:rPr>
        <w:t>Any modifications or amendments to this Agreement must be made in writing and signed by both parties.</w:t>
      </w:r>
    </w:p>
    <w:p/>
    <w:p>
      <w:r>
        <w:rPr>
          <w:b/>
          <w:sz w:val="20"/>
        </w:rPr>
        <w:t>Notices:</w:t>
      </w:r>
    </w:p>
    <w:p>
      <w:r>
        <w:rPr>
          <w:b w:val="0"/>
          <w:sz w:val="20"/>
        </w:rPr>
        <w:t>All notices required or permitted under this Agreement shall be in writing and delivered personally, by recorded delivery post, or by email to the addresses set out above.</w:t>
      </w:r>
    </w:p>
    <w:p/>
    <w:p/>
    <w:p>
      <w:r>
        <w:rPr>
          <w:b w:val="0"/>
          <w:sz w:val="20"/>
        </w:rPr>
        <w:t>Place of signature: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DOG OWNER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DOG WALKER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https://legaltemplates-uk.com/dog-walking-contract/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uk.com/dog-walking-contract/" TargetMode="External"/><Relationship Id="rId10" Type="http://schemas.openxmlformats.org/officeDocument/2006/relationships/hyperlink" Target="https://legal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