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TERMINATION LETTER</w:t>
      </w:r>
    </w:p>
    <w:p/>
    <w:p/>
    <w:p>
      <w:r>
        <w:rPr>
          <w:b/>
          <w:sz w:val="20"/>
        </w:rPr>
        <w:t>To:</w:t>
      </w:r>
    </w:p>
    <w:p>
      <w:r>
        <w:rPr>
          <w:b w:val="0"/>
          <w:sz w:val="20"/>
        </w:rPr>
        <w:t>Name/Company: ________________________________________________________</w:t>
      </w:r>
    </w:p>
    <w:p>
      <w:r>
        <w:rPr>
          <w:b w:val="0"/>
          <w:sz w:val="20"/>
        </w:rPr>
        <w:t>Address: ______________________________________________________________</w:t>
      </w:r>
    </w:p>
    <w:p>
      <w:r>
        <w:rPr>
          <w:b w:val="0"/>
          <w:sz w:val="20"/>
        </w:rPr>
        <w:t>City, Postcode: 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p>
      <w:r>
        <w:rPr>
          <w:b/>
          <w:sz w:val="20"/>
        </w:rPr>
        <w:t>From:</w:t>
      </w:r>
    </w:p>
    <w:p>
      <w:r>
        <w:rPr>
          <w:b w:val="0"/>
          <w:sz w:val="20"/>
        </w:rPr>
        <w:t>Name/Company: ________________________________________________________</w:t>
      </w:r>
    </w:p>
    <w:p>
      <w:r>
        <w:rPr>
          <w:b w:val="0"/>
          <w:sz w:val="20"/>
        </w:rPr>
        <w:t>Address: ______________________________________________________________</w:t>
      </w:r>
    </w:p>
    <w:p>
      <w:r>
        <w:rPr>
          <w:b w:val="0"/>
          <w:sz w:val="20"/>
        </w:rPr>
        <w:t>City, Postcode: 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p>
      <w:pPr>
        <w:jc w:val="center"/>
      </w:pPr>
      <w:r>
        <w:rPr>
          <w:b/>
          <w:sz w:val="20"/>
        </w:rPr>
        <w:t>Subject: Termination of Contract</w:t>
      </w:r>
    </w:p>
    <w:p/>
    <w:p/>
    <w:p>
      <w:r>
        <w:rPr>
          <w:b w:val="0"/>
          <w:sz w:val="20"/>
        </w:rPr>
        <w:t>Dear Sir/Madam,</w:t>
      </w:r>
    </w:p>
    <w:p/>
    <w:p>
      <w:r>
        <w:rPr>
          <w:b w:val="0"/>
          <w:sz w:val="20"/>
        </w:rPr>
        <w:t>We hereby write to formally notify you of the termination of the contract between us, pursuant to the terms and conditions set forth therein and in accordance with UK law. This letter constitutes our irrevocable intention to bring the contractual relationship to an end.</w:t>
      </w:r>
    </w:p>
    <w:p/>
    <w:p>
      <w:r>
        <w:rPr>
          <w:b/>
          <w:sz w:val="20"/>
        </w:rPr>
        <w:t>Contract Details:</w:t>
      </w:r>
    </w:p>
    <w:p>
      <w:r>
        <w:rPr>
          <w:b w:val="0"/>
          <w:sz w:val="20"/>
        </w:rPr>
        <w:t>Contract Title/Description: ______________________________________________</w:t>
      </w:r>
    </w:p>
    <w:p>
      <w:r>
        <w:rPr>
          <w:b w:val="0"/>
          <w:sz w:val="20"/>
        </w:rPr>
        <w:t>Contract Reference Number: ______________________________________________</w:t>
      </w:r>
    </w:p>
    <w:p>
      <w:r>
        <w:rPr>
          <w:b w:val="0"/>
          <w:sz w:val="20"/>
        </w:rPr>
        <w:t>Effective Date of Contract: ______________________________________________</w:t>
      </w:r>
    </w:p>
    <w:p/>
    <w:p>
      <w:r>
        <w:rPr>
          <w:b/>
          <w:sz w:val="20"/>
        </w:rPr>
        <w:t>Termination Clause Reference:</w:t>
      </w:r>
    </w:p>
    <w:p>
      <w:r>
        <w:rPr>
          <w:b w:val="0"/>
          <w:sz w:val="20"/>
        </w:rPr>
        <w:t>This termination is made pursuant to Clause __ of the contract, which permits either party to terminate the agreement by providing notice in writing under specified conditions.</w:t>
      </w:r>
    </w:p>
    <w:p/>
    <w:p>
      <w:r>
        <w:rPr>
          <w:b/>
          <w:sz w:val="20"/>
        </w:rPr>
        <w:t>Grounds for Termination:</w:t>
      </w:r>
    </w:p>
    <w:p>
      <w:r>
        <w:rPr>
          <w:b w:val="0"/>
          <w:sz w:val="20"/>
        </w:rPr>
        <w:t>The reasons for termination are as follows:</w:t>
      </w:r>
    </w:p>
    <w:p>
      <w:r>
        <w:rPr>
          <w:b w:val="0"/>
          <w:sz w:val="20"/>
        </w:rPr>
        <w:t>1. _________________________________________________________________</w:t>
      </w:r>
    </w:p>
    <w:p>
      <w:r>
        <w:rPr>
          <w:b w:val="0"/>
          <w:sz w:val="20"/>
        </w:rPr>
        <w:t>2. _________________________________________________________________</w:t>
      </w:r>
    </w:p>
    <w:p>
      <w:r>
        <w:rPr>
          <w:b w:val="0"/>
          <w:sz w:val="20"/>
        </w:rPr>
        <w:t>3. _________________________________________________________________</w:t>
      </w:r>
    </w:p>
    <w:p/>
    <w:p>
      <w:r>
        <w:rPr>
          <w:b/>
          <w:sz w:val="20"/>
        </w:rPr>
        <w:t>Effects of Termination:</w:t>
      </w:r>
    </w:p>
    <w:p>
      <w:r>
        <w:rPr>
          <w:b w:val="0"/>
          <w:sz w:val="20"/>
        </w:rPr>
        <w:t>Upon termination, all rights and obligations under the contract shall cease, except for those provisions which expressly or by their nature survive termination, including but not limited to confidentiality, liability for breaches occurring prior to termination, and dispute resolution mechanisms.</w:t>
      </w:r>
    </w:p>
    <w:p/>
    <w:p>
      <w:r>
        <w:rPr>
          <w:b/>
          <w:sz w:val="20"/>
        </w:rPr>
        <w:t>Outstanding Payments and Deliverables:</w:t>
      </w:r>
    </w:p>
    <w:p>
      <w:r>
        <w:rPr>
          <w:b w:val="0"/>
          <w:sz w:val="20"/>
        </w:rPr>
        <w:t>Please find below a summary of any outstanding payments or deliverables that remain due or outstanding as at termination:</w:t>
      </w:r>
    </w:p>
    <w:p>
      <w:r>
        <w:rPr>
          <w:b w:val="0"/>
          <w:sz w:val="20"/>
        </w:rPr>
        <w:t>- Amount Due: __________________________________________________________</w:t>
      </w:r>
    </w:p>
    <w:p>
      <w:r>
        <w:rPr>
          <w:b w:val="0"/>
          <w:sz w:val="20"/>
        </w:rPr>
        <w:t>- Description of Deliverables/Services Pending: _________________________</w:t>
      </w:r>
    </w:p>
    <w:p>
      <w:r>
        <w:rPr>
          <w:b w:val="0"/>
          <w:sz w:val="20"/>
        </w:rPr>
        <w:t>- Payment Terms Agreed: ________________________________________________</w:t>
      </w:r>
    </w:p>
    <w:p/>
    <w:p>
      <w:r>
        <w:rPr>
          <w:b/>
          <w:sz w:val="20"/>
        </w:rPr>
        <w:t>Return of Property and Confidential Information:</w:t>
      </w:r>
    </w:p>
    <w:p>
      <w:r>
        <w:rPr>
          <w:b w:val="0"/>
          <w:sz w:val="20"/>
        </w:rPr>
        <w:t>We request that all company property, documents, data, and any confidential information in your possession be returned within the timeframe stipulated in the contract. Failure to comply may result in legal action.</w:t>
      </w:r>
    </w:p>
    <w:p/>
    <w:p>
      <w:r>
        <w:rPr>
          <w:b/>
          <w:sz w:val="20"/>
        </w:rPr>
        <w:t>Mutual Release:</w:t>
      </w:r>
    </w:p>
    <w:p>
      <w:r>
        <w:rPr>
          <w:b w:val="0"/>
          <w:sz w:val="20"/>
        </w:rPr>
        <w:t>Except for any claims arising from breaches before the termination date, both parties release each other from any further obligations, claims, or liabilities under the contract.</w:t>
      </w:r>
    </w:p>
    <w:p/>
    <w:p>
      <w:r>
        <w:rPr>
          <w:b/>
          <w:sz w:val="20"/>
        </w:rPr>
        <w:t>Dispute Resolution:</w:t>
      </w:r>
    </w:p>
    <w:p>
      <w:r>
        <w:rPr>
          <w:b w:val="0"/>
          <w:sz w:val="20"/>
        </w:rPr>
        <w:t>Any disputes arising out of or in connection with this termination shall be resolved in accordance with the dispute resolution procedures set out in the contract, including negotiation, mediation, or arbitration, before resorting to litigation.</w:t>
      </w:r>
    </w:p>
    <w:p/>
    <w:p>
      <w:r>
        <w:rPr>
          <w:b/>
          <w:sz w:val="20"/>
        </w:rPr>
        <w:t>Governing Law and Jurisdiction:</w:t>
      </w:r>
    </w:p>
    <w:p>
      <w:r>
        <w:rPr>
          <w:b w:val="0"/>
          <w:sz w:val="20"/>
        </w:rPr>
        <w:t>This termination letter and any related matters shall be governed by and construed in accordance with the laws of England and Wales. The parties submit to the exclusive jurisdiction of the courts of England and Wales.</w:t>
      </w:r>
    </w:p>
    <w:p/>
    <w:p/>
    <w:p>
      <w:r>
        <w:rPr>
          <w:b w:val="0"/>
          <w:sz w:val="20"/>
        </w:rPr>
        <w:t>We appreciate the cooperation extended during the term of the contract and trust that this termination will be handled in an orderly and amicable manner. Please acknowledge receipt of this letter and confirm your understanding and acceptance of the termination terms herein.</w:t>
      </w:r>
    </w:p>
    <w:p/>
    <w:p/>
    <w:p>
      <w:r>
        <w:rPr>
          <w:b w:val="0"/>
          <w:sz w:val="20"/>
        </w:rPr>
        <w:t>Yours faithfully,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https://legaltemplates-uk.com/contract-termination-letter/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contract-termination-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