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CONSTRUCTIVE DISMISSAL LETTER</w:t>
      </w:r>
    </w:p>
    <w:p/>
    <w:p/>
    <w:p>
      <w:r>
        <w:rPr>
          <w:b w:val="0"/>
          <w:sz w:val="20"/>
        </w:rPr>
        <w:t>To:</w:t>
      </w:r>
    </w:p>
    <w:p>
      <w:r>
        <w:rPr>
          <w:b w:val="0"/>
          <w:sz w:val="20"/>
        </w:rPr>
        <w:t>The Human Resources Department</w:t>
      </w:r>
    </w:p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________________________________________</w:t>
      </w:r>
    </w:p>
    <w:p/>
    <w:p>
      <w:r>
        <w:rPr>
          <w:b w:val="0"/>
          <w:sz w:val="20"/>
        </w:rPr>
        <w:t>From: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/>
    <w:p>
      <w:r>
        <w:rPr>
          <w:b/>
          <w:sz w:val="20"/>
        </w:rPr>
        <w:t>Subject: Constructive Dismissal Notification</w:t>
      </w:r>
    </w:p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notify you of my resignation from my employment with __________________________________, due to constructive dismissal. It is with regret that I have been left with no reasonable alternative but to terminate my contract as a result of your serious breaches of the implied term of mutual trust and confidence.</w:t>
      </w:r>
    </w:p>
    <w:p/>
    <w:p>
      <w:r>
        <w:rPr>
          <w:b/>
          <w:sz w:val="22"/>
        </w:rPr>
        <w:t>Background and Factual Circumstances</w:t>
      </w:r>
    </w:p>
    <w:p>
      <w:r>
        <w:rPr>
          <w:b w:val="0"/>
          <w:sz w:val="20"/>
        </w:rPr>
        <w:t>I have been employed in the position of ____________________________________ since __________________________. Despite my commitment and efforts, I have been subject to conduct and actions by the company which leave me no choice but to resign. These include, but are not limited to: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 w:val="0"/>
          <w:sz w:val="20"/>
        </w:rPr>
        <w:t>Such actions constitute a fundamental breach of the contract and have significantly undermined our working relationship. I have made reasonable efforts to resolve these issues internally, including raising concerns on ____________________________, but these have not been adequately addressed.</w:t>
      </w:r>
    </w:p>
    <w:p/>
    <w:p>
      <w:r>
        <w:rPr>
          <w:b/>
          <w:sz w:val="22"/>
        </w:rPr>
        <w:t>Legal Grounds for Constructive Dismissal</w:t>
      </w:r>
    </w:p>
    <w:p>
      <w:r>
        <w:rPr>
          <w:b w:val="0"/>
          <w:sz w:val="20"/>
        </w:rPr>
        <w:t>Under UK employment law, constructive dismissal arises when an employee resigns in response to a fundamental breach of contract by the employer. In this instance, the breaches include, but are not limited to:</w:t>
      </w:r>
    </w:p>
    <w:p>
      <w:r>
        <w:rPr>
          <w:b w:val="0"/>
          <w:sz w:val="20"/>
        </w:rPr>
        <w:t>- Breach of the implied term of mutual trust and confidence</w:t>
      </w:r>
    </w:p>
    <w:p>
      <w:r>
        <w:rPr>
          <w:b w:val="0"/>
          <w:sz w:val="20"/>
        </w:rPr>
        <w:t>- Failure to provide a safe and respectful working environment</w:t>
      </w:r>
    </w:p>
    <w:p>
      <w:r>
        <w:rPr>
          <w:b w:val="0"/>
          <w:sz w:val="20"/>
        </w:rPr>
        <w:t>- Unlawful changes to employment terms</w:t>
      </w:r>
    </w:p>
    <w:p>
      <w:r>
        <w:rPr>
          <w:b w:val="0"/>
          <w:sz w:val="20"/>
        </w:rPr>
        <w:t>- Unreasonable or unjustified disciplinary action</w:t>
      </w:r>
    </w:p>
    <w:p/>
    <w:p>
      <w:r>
        <w:rPr>
          <w:b w:val="0"/>
          <w:sz w:val="20"/>
        </w:rPr>
        <w:t>The cumulative effect of these breaches has made it impossible for me to continue working under the terms of my contract.</w:t>
      </w:r>
    </w:p>
    <w:p/>
    <w:p>
      <w:r>
        <w:rPr>
          <w:b/>
          <w:sz w:val="22"/>
        </w:rPr>
        <w:t>Notice of Resignation</w:t>
      </w:r>
    </w:p>
    <w:p>
      <w:r>
        <w:rPr>
          <w:b w:val="0"/>
          <w:sz w:val="20"/>
        </w:rPr>
        <w:t>Please consider this letter as my formal resignation from my employment, effective immediately. I reserve all rights to pursue claims for constructive dismissal and any associated claims, including but not limited to unfair dismissal and breach of contract.</w:t>
      </w:r>
    </w:p>
    <w:p/>
    <w:p>
      <w:r>
        <w:rPr>
          <w:b/>
          <w:sz w:val="22"/>
        </w:rPr>
        <w:t>Request for References and Final Pay</w:t>
      </w:r>
    </w:p>
    <w:p>
      <w:r>
        <w:rPr>
          <w:b w:val="0"/>
          <w:sz w:val="20"/>
        </w:rPr>
        <w:t>I request that you provide my final salary, including any outstanding holiday pay, within the statutory timeframe. Furthermore, I request a written reference reflecting my employment and conduct.</w:t>
      </w:r>
    </w:p>
    <w:p/>
    <w:p>
      <w:r>
        <w:rPr>
          <w:b/>
          <w:sz w:val="22"/>
        </w:rPr>
        <w:t>Alternative Dispute Resolution and Legal Action</w:t>
      </w:r>
    </w:p>
    <w:p>
      <w:r>
        <w:rPr>
          <w:b w:val="0"/>
          <w:sz w:val="20"/>
        </w:rPr>
        <w:t>While I hope that this matter can be resolved amicably and promptly, I reserve the right to pursue all appropriate legal remedies, including submitting a claim to an Employment Tribunal, should this issue not be resolved satisfactorily.</w:t>
      </w:r>
    </w:p>
    <w:p/>
    <w:p>
      <w:r>
        <w:rPr>
          <w:b w:val="0"/>
          <w:sz w:val="20"/>
        </w:rPr>
        <w:t>Please acknowledge receipt of this letter and confirm your understanding of its contents.</w:t>
      </w:r>
    </w:p>
    <w:p/>
    <w:p/>
    <w:p>
      <w:r>
        <w:rPr>
          <w:b w:val="0"/>
          <w:sz w:val="20"/>
        </w:rPr>
        <w:t>Yours faithfully,</w:t>
      </w:r>
    </w:p>
    <w:p/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Signature</w:t>
      </w:r>
    </w:p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Full Name</w:t>
      </w:r>
    </w:p>
    <w:p/>
    <w:p/>
    <w:p>
      <w:r>
        <w:rPr>
          <w:b w:val="0"/>
          <w:sz w:val="20"/>
        </w:rPr>
        <w:t>Place: _______________________________________________________________</w:t>
      </w:r>
    </w:p>
    <w:p>
      <w:r>
        <w:rPr>
          <w:b w:val="0"/>
          <w:sz w:val="20"/>
        </w:rPr>
        <w:t>Date: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https://legaltemplates-uk.com/constructive-dismissal-letter/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constructive-dismissal-letter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