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FORMAL COMPLAINT LETTER</w:t>
      </w:r>
    </w:p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Name/Position: _________________________________________________________</w:t>
      </w:r>
    </w:p>
    <w:p>
      <w:r>
        <w:rPr>
          <w:b w:val="0"/>
          <w:sz w:val="20"/>
        </w:rPr>
        <w:t>Company/Organisation: 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Telephone: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 w:val="0"/>
          <w:sz w:val="20"/>
        </w:rPr>
        <w:t>Subject: Formal Complaint Regarding ___________________________________</w:t>
      </w:r>
    </w:p>
    <w:p/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raise a complaint concerning the matter detailed below. I trust that this correspondence will be given the prompt and serious attention it deserves under the applicable United Kingdom laws and regulations.</w:t>
      </w:r>
    </w:p>
    <w:p/>
    <w:p>
      <w:r>
        <w:rPr>
          <w:b/>
          <w:sz w:val="20"/>
        </w:rPr>
        <w:t>1. DETAILS OF THE COMPLAINT</w:t>
      </w:r>
    </w:p>
    <w:p>
      <w:r>
        <w:rPr>
          <w:b w:val="0"/>
          <w:sz w:val="20"/>
        </w:rPr>
        <w:t>Description of Issue: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Dates and Times Relevant to the Complaint: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Names of Persons Involved (if applicable):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>
      <w:r>
        <w:rPr>
          <w:b/>
          <w:sz w:val="20"/>
        </w:rPr>
        <w:t>2. PREVIOUS ATTEMPTS TO RESOLVE THE ISSUE</w:t>
      </w:r>
    </w:p>
    <w:p>
      <w:r>
        <w:rPr>
          <w:b w:val="0"/>
          <w:sz w:val="20"/>
        </w:rPr>
        <w:t>Please outline any prior communications, steps taken, or resolutions attempted: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>
      <w:r>
        <w:rPr>
          <w:b/>
          <w:sz w:val="20"/>
        </w:rPr>
        <w:t>3. IMPACT OF THE ISSUE</w:t>
      </w:r>
    </w:p>
    <w:p>
      <w:r>
        <w:rPr>
          <w:b w:val="0"/>
          <w:sz w:val="20"/>
        </w:rPr>
        <w:t>Please describe how the issue has affected you, including any financial losses, inconvenience, distress, or other consequences: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>
      <w:r>
        <w:rPr>
          <w:b/>
          <w:sz w:val="20"/>
        </w:rPr>
        <w:t>4. DESIRED RESOLUTION</w:t>
      </w:r>
    </w:p>
    <w:p>
      <w:r>
        <w:rPr>
          <w:b w:val="0"/>
          <w:sz w:val="20"/>
        </w:rPr>
        <w:t>Please specify the outcome or remedy you seek to resolve this complaint: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>
      <w:r>
        <w:rPr>
          <w:b/>
          <w:sz w:val="20"/>
        </w:rPr>
        <w:t>5. LEGAL RIGHTS AND REFERENCES</w:t>
      </w:r>
    </w:p>
    <w:p>
      <w:r>
        <w:rPr>
          <w:b w:val="0"/>
          <w:sz w:val="20"/>
        </w:rPr>
        <w:t>This complaint is submitted without prejudice, and I reserve all my rights under the Consumer Rights Act 2015, the Equality Act 2010, the Data Protection Act 2018, and any other relevant UK legislation. I expect this complaint to be addressed in accordance with statutory obligations and good practice standards.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I request that all information provided in this complaint is treated confidentially and shared only with individuals directly involved in the resolution process, except where disclosure is required by law.</w:t>
      </w:r>
    </w:p>
    <w:p/>
    <w:p>
      <w:r>
        <w:rPr>
          <w:b/>
          <w:sz w:val="20"/>
        </w:rPr>
        <w:t>7. EXPECTED TIMELINE FOR RESPONSE</w:t>
      </w:r>
    </w:p>
    <w:p>
      <w:r>
        <w:rPr>
          <w:b w:val="0"/>
          <w:sz w:val="20"/>
        </w:rPr>
        <w:t>I would appreciate acknowledgment of this complaint within 5 working days and a full response within 20 working days, in line with standard UK complaint handling procedures.</w:t>
      </w:r>
    </w:p>
    <w:p/>
    <w:p/>
    <w:p>
      <w:r>
        <w:rPr>
          <w:b w:val="0"/>
          <w:sz w:val="20"/>
        </w:rPr>
        <w:t>Thank you for your attention to this matter. I look forward to your prompt response and a satisfactory resolution.</w:t>
      </w:r>
    </w:p>
    <w:p/>
    <w:p/>
    <w:p>
      <w:r>
        <w:rPr>
          <w:b w:val="0"/>
          <w:sz w:val="20"/>
        </w:rPr>
        <w:t>Yours faithfully,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COMPLAINANT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FOR OFFICIAL USE ONLY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https://legaltemplates-uk.com/complaints-letter/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complaints-letter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