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BEFORE COURT ACTION</w:t>
      </w:r>
    </w:p>
    <w:p/>
    <w:p/>
    <w:p>
      <w:r>
        <w:rPr>
          <w:b/>
          <w:sz w:val="20"/>
        </w:rPr>
        <w:t>Sender's Details:</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Telephone: ____________________________________________________________</w:t>
      </w:r>
    </w:p>
    <w:p>
      <w:r>
        <w:rPr>
          <w:b w:val="0"/>
          <w:sz w:val="20"/>
        </w:rPr>
        <w:t>Email: ________________________________________________________________</w:t>
      </w:r>
    </w:p>
    <w:p/>
    <w:p>
      <w:r>
        <w:rPr>
          <w:b/>
          <w:sz w:val="20"/>
        </w:rPr>
        <w:t>Recipient's Details:</w:t>
      </w:r>
    </w:p>
    <w:p>
      <w:r>
        <w:rPr>
          <w:b w:val="0"/>
          <w:sz w:val="20"/>
        </w:rPr>
        <w:t>Full Name / Company Name: _____________________________________________</w:t>
      </w:r>
    </w:p>
    <w:p>
      <w:r>
        <w:rPr>
          <w:b w:val="0"/>
          <w:sz w:val="20"/>
        </w:rPr>
        <w:t>Address: ______________________________________________________________</w:t>
      </w:r>
    </w:p>
    <w:p>
      <w:r>
        <w:rPr>
          <w:b w:val="0"/>
          <w:sz w:val="20"/>
        </w:rPr>
        <w:t>Telephone: ____________________________________________________________</w:t>
      </w:r>
    </w:p>
    <w:p>
      <w:r>
        <w:rPr>
          <w:b w:val="0"/>
          <w:sz w:val="20"/>
        </w:rPr>
        <w:t>Email: ________________________________________________________________</w:t>
      </w:r>
    </w:p>
    <w:p/>
    <w:p>
      <w:r>
        <w:rPr>
          <w:b/>
          <w:sz w:val="20"/>
        </w:rPr>
        <w:t>Subject: FINAL NOTICE BEFORE LEGAL ACTION</w:t>
      </w:r>
    </w:p>
    <w:p/>
    <w:p>
      <w:r>
        <w:rPr>
          <w:b w:val="0"/>
          <w:sz w:val="20"/>
        </w:rPr>
        <w:t>Dear Sir or Madam,</w:t>
      </w:r>
    </w:p>
    <w:p/>
    <w:p>
      <w:r>
        <w:rPr>
          <w:b w:val="0"/>
          <w:sz w:val="20"/>
        </w:rPr>
        <w:t>I am writing to formally demand payment / resolution of the following issue, which remains outstanding despite previous requests and attempts to resolve the matter amicably.</w:t>
      </w:r>
    </w:p>
    <w:p/>
    <w:p>
      <w:r>
        <w:rPr>
          <w:b/>
          <w:sz w:val="20"/>
        </w:rPr>
        <w:t>Details of the Claim:</w:t>
      </w:r>
    </w:p>
    <w:p>
      <w:r>
        <w:rPr>
          <w:b w:val="0"/>
          <w:sz w:val="20"/>
        </w:rPr>
        <w:t>Invoice / Account Number: ______________________________________________</w:t>
      </w:r>
    </w:p>
    <w:p>
      <w:r>
        <w:rPr>
          <w:b w:val="0"/>
          <w:sz w:val="20"/>
        </w:rPr>
        <w:t>Date(s) of Supply / Service: ___________________________________________</w:t>
      </w:r>
    </w:p>
    <w:p>
      <w:r>
        <w:rPr>
          <w:b w:val="0"/>
          <w:sz w:val="20"/>
        </w:rPr>
        <w:t>Description of Goods / Services: _______________________________________</w:t>
      </w:r>
    </w:p>
    <w:p>
      <w:r>
        <w:rPr>
          <w:b w:val="0"/>
          <w:sz w:val="20"/>
        </w:rPr>
        <w:t>Amount Owed / Disputed: £ _____________________________________________</w:t>
      </w:r>
    </w:p>
    <w:p/>
    <w:p>
      <w:r>
        <w:rPr>
          <w:b/>
          <w:sz w:val="20"/>
        </w:rPr>
        <w:t>Background:</w:t>
      </w:r>
    </w:p>
    <w:p>
      <w:r>
        <w:rPr>
          <w:b w:val="0"/>
          <w:sz w:val="20"/>
        </w:rPr>
        <w:t>On multiple occasions, I have contacted you regarding the above matter and requested payment / resolution. To date, no satisfactory response or payment has been received. This letter constitutes a final formal demand.</w:t>
      </w:r>
    </w:p>
    <w:p/>
    <w:p>
      <w:r>
        <w:rPr>
          <w:b/>
          <w:sz w:val="20"/>
        </w:rPr>
        <w:t>Legal Basis and Rights:</w:t>
      </w:r>
    </w:p>
    <w:p>
      <w:r>
        <w:rPr>
          <w:b w:val="0"/>
          <w:sz w:val="20"/>
        </w:rPr>
        <w:t>Under applicable UK law, I am entitled to recover the amount due, including any interest and reasonable costs incurred as a result of your failure to comply. This includes the right to initiate legal proceedings without further notice if this matter is not resolved promptly.</w:t>
      </w:r>
    </w:p>
    <w:p/>
    <w:p>
      <w:r>
        <w:rPr>
          <w:b/>
          <w:sz w:val="20"/>
        </w:rPr>
        <w:t>Action Required:</w:t>
      </w:r>
    </w:p>
    <w:p>
      <w:r>
        <w:rPr>
          <w:b w:val="0"/>
          <w:sz w:val="20"/>
        </w:rPr>
        <w:t>You are hereby requested to pay the outstanding amount in full or contact me to resolve the dispute within 14 days of receipt of this letter. Failure to do so will leave me no option but to commence court proceedings to recover the debt without further notice.</w:t>
      </w:r>
    </w:p>
    <w:p/>
    <w:p>
      <w:r>
        <w:rPr>
          <w:b/>
          <w:sz w:val="20"/>
        </w:rPr>
        <w:t>Payment Details:</w:t>
      </w:r>
    </w:p>
    <w:p>
      <w:r>
        <w:rPr>
          <w:b w:val="0"/>
          <w:sz w:val="20"/>
        </w:rPr>
        <w:t>Please make payment to the following account:</w:t>
      </w:r>
    </w:p>
    <w:p>
      <w:r>
        <w:rPr>
          <w:b w:val="0"/>
          <w:sz w:val="20"/>
        </w:rPr>
        <w:t>Account Name: ___________________________________________________________</w:t>
      </w:r>
    </w:p>
    <w:p>
      <w:r>
        <w:rPr>
          <w:b w:val="0"/>
          <w:sz w:val="20"/>
        </w:rPr>
        <w:t>Bank Name: _____________________________________________________________</w:t>
      </w:r>
    </w:p>
    <w:p>
      <w:r>
        <w:rPr>
          <w:b w:val="0"/>
          <w:sz w:val="20"/>
        </w:rPr>
        <w:t>Sort Code: ___________________   Account Number: ________________________</w:t>
      </w:r>
    </w:p>
    <w:p>
      <w:r>
        <w:rPr>
          <w:b w:val="0"/>
          <w:sz w:val="20"/>
        </w:rPr>
        <w:t>Reference: _____________________________________________________________</w:t>
      </w:r>
    </w:p>
    <w:p/>
    <w:p>
      <w:r>
        <w:rPr>
          <w:b/>
          <w:sz w:val="20"/>
        </w:rPr>
        <w:t>Warning Regarding Costs and Interest:</w:t>
      </w:r>
    </w:p>
    <w:p>
      <w:r>
        <w:rPr>
          <w:b w:val="0"/>
          <w:sz w:val="20"/>
        </w:rPr>
        <w:t>Please be aware that if this matter proceeds to court, you may be liable for additional costs, including court fees and legal expenses, as well as statutory interest calculated under the Late Payment of Commercial Debts (Interest) Act 1998.</w:t>
      </w:r>
    </w:p>
    <w:p/>
    <w:p>
      <w:r>
        <w:rPr>
          <w:b/>
          <w:sz w:val="20"/>
        </w:rPr>
        <w:t>Alternative Dispute Resolution:</w:t>
      </w:r>
    </w:p>
    <w:p>
      <w:r>
        <w:rPr>
          <w:b w:val="0"/>
          <w:sz w:val="20"/>
        </w:rPr>
        <w:t>If you dispute this claim or require clarification, please contact me immediately. I am willing to consider alternative dispute resolution methods such as mediation to avoid unnecessary legal action.</w:t>
      </w:r>
    </w:p>
    <w:p/>
    <w:p>
      <w:r>
        <w:rPr>
          <w:b/>
          <w:sz w:val="20"/>
        </w:rPr>
        <w:t>Final Remarks:</w:t>
      </w:r>
    </w:p>
    <w:p>
      <w:r>
        <w:rPr>
          <w:b w:val="0"/>
          <w:sz w:val="20"/>
        </w:rPr>
        <w:t>This letter is sent without prejudice to my rights and all available remedies, which I expressly reserve.</w:t>
      </w:r>
    </w:p>
    <w:p/>
    <w:p/>
    <w:p>
      <w:r>
        <w:rPr>
          <w:b w:val="0"/>
          <w:sz w:val="20"/>
        </w:rPr>
        <w:t>Yours faithfully,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Sender's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https://legaltemplates-uk.com/citizens-advice-letter-before-court-action/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citizens-advice-letter-before-court-action/"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