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CEASE AND DESIST DEFAMATION LETTER</w:t>
      </w:r>
    </w:p>
    <w:p/>
    <w:p/>
    <w:p>
      <w:r>
        <w:rPr>
          <w:b/>
          <w:sz w:val="20"/>
        </w:rPr>
        <w:t>Sender Information:</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Email Address: _________________________________________________________</w:t>
      </w:r>
    </w:p>
    <w:p>
      <w:r>
        <w:rPr>
          <w:b w:val="0"/>
          <w:sz w:val="20"/>
        </w:rPr>
        <w:t>Telephone Number: _____________________________________________________</w:t>
      </w:r>
    </w:p>
    <w:p/>
    <w:p>
      <w:r>
        <w:rPr>
          <w:b/>
          <w:sz w:val="20"/>
        </w:rPr>
        <w:t>Recipient Information:</w:t>
      </w:r>
    </w:p>
    <w:p>
      <w:r>
        <w:rPr>
          <w:b w:val="0"/>
          <w:sz w:val="20"/>
        </w:rPr>
        <w:t>Full Name or Business Name: ___________________________________________</w:t>
      </w:r>
    </w:p>
    <w:p>
      <w:r>
        <w:rPr>
          <w:b w:val="0"/>
          <w:sz w:val="20"/>
        </w:rPr>
        <w:t>Address: _______________________________________________________________</w:t>
      </w:r>
    </w:p>
    <w:p>
      <w:r>
        <w:rPr>
          <w:b w:val="0"/>
          <w:sz w:val="20"/>
        </w:rPr>
        <w:t>Email Address: _________________________________________________________</w:t>
      </w:r>
    </w:p>
    <w:p>
      <w:r>
        <w:rPr>
          <w:b w:val="0"/>
          <w:sz w:val="20"/>
        </w:rPr>
        <w:t>Telephone Number: _____________________________________________________</w:t>
      </w:r>
    </w:p>
    <w:p/>
    <w:p/>
    <w:p>
      <w:r>
        <w:rPr>
          <w:b w:val="0"/>
          <w:sz w:val="20"/>
        </w:rPr>
        <w:t>Dear Sir/Madam,</w:t>
      </w:r>
    </w:p>
    <w:p/>
    <w:p>
      <w:r>
        <w:rPr>
          <w:b/>
          <w:sz w:val="20"/>
        </w:rPr>
        <w:t>RE: CEASE AND DESIST DEMAND REGARDING DEFAMATORY STATEMENTS</w:t>
      </w:r>
    </w:p>
    <w:p/>
    <w:p>
      <w:r>
        <w:rPr>
          <w:b w:val="0"/>
          <w:sz w:val="20"/>
        </w:rPr>
        <w:t>I am writing to you in my capacity as the authorised representative of the undersigned, the Sender named above. It has come to our attention that you have made, published, or disseminated false and defamatory statements concerning my client, which have caused or are likely to cause serious harm to my client’s reputation, standing in the community, and/or business interests.</w:t>
      </w:r>
    </w:p>
    <w:p/>
    <w:p>
      <w:r>
        <w:rPr>
          <w:b/>
          <w:sz w:val="20"/>
        </w:rPr>
        <w:t>Details of Defamatory Conduct:</w:t>
      </w:r>
    </w:p>
    <w:p>
      <w:r>
        <w:rPr>
          <w:b w:val="0"/>
          <w:sz w:val="20"/>
        </w:rPr>
        <w:t>The defamatory statements include, but are not limited to, the following:</w:t>
        <w:br/>
        <w:t>- _______________________________________________________________</w:t>
        <w:br/>
        <w:t>- _______________________________________________________________</w:t>
        <w:br/>
        <w:t>- _______________________________________________________________</w:t>
      </w:r>
    </w:p>
    <w:p/>
    <w:p>
      <w:r>
        <w:rPr>
          <w:b/>
          <w:sz w:val="20"/>
        </w:rPr>
        <w:t>Legal Basis:</w:t>
      </w:r>
    </w:p>
    <w:p>
      <w:r>
        <w:rPr>
          <w:b w:val="0"/>
          <w:sz w:val="20"/>
        </w:rPr>
        <w:t>Under UK law, defamation constitutes the making of false statements that harm the reputation of an individual or organisation. Such actions are actionable under the Defamation Act 2013 and may give rise to claims for damages, injunctions, and other remedies. Please be advised that the statements made by you are untrue, seriously damaging, and without any lawful justification.</w:t>
      </w:r>
    </w:p>
    <w:p/>
    <w:p>
      <w:r>
        <w:rPr>
          <w:b/>
          <w:sz w:val="20"/>
        </w:rPr>
        <w:t>Demand to Cease and Desist:</w:t>
      </w:r>
    </w:p>
    <w:p>
      <w:r>
        <w:rPr>
          <w:b w:val="0"/>
          <w:sz w:val="20"/>
        </w:rPr>
        <w:t>You are hereby demanded to immediately:</w:t>
        <w:br/>
        <w:t>1. Cease and desist from making, publishing, or disseminating any further defamatory statements concerning my client.</w:t>
        <w:br/>
        <w:t>2. Remove or retract all defamatory statements previously made or published.</w:t>
        <w:br/>
        <w:t>3. Provide a written undertaking confirming your compliance with these demands.</w:t>
      </w:r>
    </w:p>
    <w:p/>
    <w:p>
      <w:r>
        <w:rPr>
          <w:b/>
          <w:sz w:val="20"/>
        </w:rPr>
        <w:t>Potential Consequences of Non-Compliance:</w:t>
      </w:r>
    </w:p>
    <w:p>
      <w:r>
        <w:rPr>
          <w:b w:val="0"/>
          <w:sz w:val="20"/>
        </w:rPr>
        <w:t>Failure to comply with this demand within 7 days from receipt of this letter may result in my client initiating legal proceedings against you without further notice to seek all available remedies, including damages, injunctions, and recovery of legal costs.</w:t>
      </w:r>
    </w:p>
    <w:p/>
    <w:p>
      <w:r>
        <w:rPr>
          <w:b/>
          <w:sz w:val="20"/>
        </w:rPr>
        <w:t>Reservation of Rights:</w:t>
      </w:r>
    </w:p>
    <w:p>
      <w:r>
        <w:rPr>
          <w:b w:val="0"/>
          <w:sz w:val="20"/>
        </w:rPr>
        <w:t>Nothing in this letter shall be construed as a waiver of any rights or remedies available to my client, all of which are hereby expressly reserved.</w:t>
      </w:r>
    </w:p>
    <w:p/>
    <w:p/>
    <w:p>
      <w:r>
        <w:rPr>
          <w:b w:val="0"/>
          <w:sz w:val="20"/>
        </w:rPr>
        <w:t>We trust that you will give this matter your immediate attention and govern yourself accordingly.</w:t>
      </w:r>
    </w:p>
    <w:p/>
    <w:p/>
    <w:p/>
    <w:p>
      <w:r>
        <w:rPr>
          <w:b w:val="0"/>
          <w:sz w:val="20"/>
        </w:rPr>
        <w:t>Yours faithfully,</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 Signature</w:t>
            </w:r>
          </w:p>
        </w:tc>
        <w:tc>
          <w:tcPr>
            <w:tcW w:type="dxa" w:w="4986"/>
            <w:tcBorders>
              <w:top w:val="nil"/>
              <w:left w:val="nil"/>
              <w:bottom w:val="nil"/>
              <w:right w:val="nil"/>
              <w:insideH w:val="nil"/>
              <w:insideV w:val="nil"/>
            </w:tcBorders>
          </w:tcPr>
          <w:p>
            <w:pPr>
              <w:jc w:val="center"/>
            </w:pPr>
            <w:r>
              <w:t>Recipient Signature</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r>
        <w:tc>
          <w:tcPr>
            <w:tcW w:type="dxa" w:w="4986"/>
            <w:tcBorders>
              <w:top w:val="nil"/>
              <w:left w:val="nil"/>
              <w:bottom w:val="nil"/>
              <w:right w:val="nil"/>
              <w:insideH w:val="nil"/>
              <w:insideV w:val="nil"/>
            </w:tcBorders>
          </w:tcPr>
          <w:p>
            <w:pPr>
              <w:jc w:val="center"/>
            </w:pPr>
            <w:r>
              <w:t>Name: _____________________________________</w:t>
            </w:r>
          </w:p>
        </w:tc>
        <w:tc>
          <w:tcPr>
            <w:tcW w:type="dxa" w:w="4986"/>
            <w:tcBorders>
              <w:top w:val="nil"/>
              <w:left w:val="nil"/>
              <w:bottom w:val="nil"/>
              <w:right w:val="nil"/>
              <w:insideH w:val="nil"/>
              <w:insideV w:val="nil"/>
            </w:tcBorders>
          </w:tcPr>
          <w:p>
            <w:pPr>
              <w:jc w:val="center"/>
            </w:pPr>
            <w:r>
              <w:t>Name: 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https://legaltemplates-uk.com/cease-and-desist-defamation-letter/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https://legaltemplates-uk.com</w:t>
        </w:r>
      </w:hyperlink>
    </w:p>
    <w:p>
      <w:pPr>
        <w:jc w:val="center"/>
      </w:pPr>
      <w:r>
        <w:rPr>
          <w:color w:val="808080"/>
          <w:sz w:val="20"/>
        </w:rPr>
        <w:t>This template is intended exclusively for personal, non-commercial use.</w:t>
        <w:br/>
        <w:t>If distributed or published, the source must be mentioned. © legaltemplates-uk.com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uk.com/cease-and-desist-defamation-letter/" TargetMode="External"/><Relationship Id="rId10" Type="http://schemas.openxmlformats.org/officeDocument/2006/relationships/hyperlink" Target="https://legal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