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BREAK CLAUSE NOTICE LETTER</w:t>
      </w:r>
    </w:p>
    <w:p/>
    <w:p/>
    <w:p>
      <w:r>
        <w:rPr>
          <w:b/>
          <w:sz w:val="20"/>
        </w:rPr>
        <w:t>From:</w:t>
      </w:r>
    </w:p>
    <w:p>
      <w:r>
        <w:rPr>
          <w:b w:val="0"/>
          <w:sz w:val="20"/>
        </w:rPr>
        <w:t>Name: ____________________________________________________________</w:t>
      </w:r>
    </w:p>
    <w:p>
      <w:r>
        <w:rPr>
          <w:b w:val="0"/>
          <w:sz w:val="20"/>
        </w:rPr>
        <w:t>Address: _________________________________________________________</w:t>
      </w:r>
    </w:p>
    <w:p>
      <w:r>
        <w:rPr>
          <w:b w:val="0"/>
          <w:sz w:val="20"/>
        </w:rPr>
        <w:t>Email: ___________________________________________________________</w:t>
      </w:r>
    </w:p>
    <w:p>
      <w:r>
        <w:rPr>
          <w:b w:val="0"/>
          <w:sz w:val="20"/>
        </w:rPr>
        <w:t>Phone: ___________________________________________________________</w:t>
      </w:r>
    </w:p>
    <w:p/>
    <w:p>
      <w:r>
        <w:rPr>
          <w:b/>
          <w:sz w:val="20"/>
        </w:rPr>
        <w:t>To:</w:t>
      </w:r>
    </w:p>
    <w:p>
      <w:r>
        <w:rPr>
          <w:b w:val="0"/>
          <w:sz w:val="20"/>
        </w:rPr>
        <w:t>Name: ____________________________________________________________</w:t>
      </w:r>
    </w:p>
    <w:p>
      <w:r>
        <w:rPr>
          <w:b w:val="0"/>
          <w:sz w:val="20"/>
        </w:rPr>
        <w:t>Address: _________________________________________________________</w:t>
      </w:r>
    </w:p>
    <w:p/>
    <w:p>
      <w:r>
        <w:rPr>
          <w:b/>
          <w:sz w:val="20"/>
        </w:rPr>
        <w:t>Subject: Notice of Exercising Break Clause under Tenancy Agreement</w:t>
      </w:r>
    </w:p>
    <w:p/>
    <w:p/>
    <w:p>
      <w:r>
        <w:rPr>
          <w:b w:val="0"/>
          <w:sz w:val="20"/>
        </w:rPr>
        <w:t>Dear Sir/Madam,</w:t>
      </w:r>
    </w:p>
    <w:p/>
    <w:p>
      <w:r>
        <w:rPr>
          <w:b w:val="0"/>
          <w:sz w:val="20"/>
        </w:rPr>
        <w:t>I am writing to formally notify you of my intention to exercise the break clause contained in the tenancy agreement dated ________________, regarding the property at:</w:t>
      </w:r>
    </w:p>
    <w:p>
      <w:r>
        <w:rPr>
          <w:b w:val="0"/>
          <w:sz w:val="20"/>
        </w:rPr>
        <w:t>_____________________________________________________________________</w:t>
      </w:r>
    </w:p>
    <w:p>
      <w:r>
        <w:rPr>
          <w:b w:val="0"/>
          <w:sz w:val="20"/>
        </w:rPr>
        <w:t>This notice is provided in accordance with the terms and conditions stipulated in the tenancy agreement and applicable UK law.</w:t>
      </w:r>
    </w:p>
    <w:p/>
    <w:p>
      <w:r>
        <w:rPr>
          <w:b/>
          <w:sz w:val="20"/>
        </w:rPr>
        <w:t>Break Clause Details:</w:t>
      </w:r>
    </w:p>
    <w:p>
      <w:r>
        <w:rPr>
          <w:b w:val="0"/>
          <w:sz w:val="20"/>
        </w:rPr>
        <w:t>Clause Reference: ___________________________________________________</w:t>
      </w:r>
    </w:p>
    <w:p>
      <w:r>
        <w:rPr>
          <w:b w:val="0"/>
          <w:sz w:val="20"/>
        </w:rPr>
        <w:t>Notice Period Required: ______________________________________________</w:t>
      </w:r>
    </w:p>
    <w:p/>
    <w:p>
      <w:r>
        <w:rPr>
          <w:b w:val="0"/>
          <w:sz w:val="20"/>
        </w:rPr>
        <w:t>I hereby give you formal notice to terminate the tenancy effective at the end of the notice period, which shall expire on:</w:t>
      </w:r>
    </w:p>
    <w:p>
      <w:r>
        <w:rPr>
          <w:b w:val="0"/>
          <w:sz w:val="20"/>
        </w:rPr>
        <w:t>_____________________________________________________________________</w:t>
      </w:r>
    </w:p>
    <w:p/>
    <w:p>
      <w:r>
        <w:rPr>
          <w:b/>
          <w:sz w:val="20"/>
        </w:rPr>
        <w:t>Tenant's Obligations Prior to Termination:</w:t>
      </w:r>
    </w:p>
    <w:p>
      <w:r>
        <w:rPr>
          <w:b w:val="0"/>
          <w:sz w:val="20"/>
        </w:rPr>
        <w:t>1. I undertake to ensure that the property is returned in a clean and good condition, subject to fair wear and tear, and in compliance with the terms of the tenancy agreement.</w:t>
      </w:r>
    </w:p>
    <w:p>
      <w:r>
        <w:rPr>
          <w:b w:val="0"/>
          <w:sz w:val="20"/>
        </w:rPr>
        <w:t>2. I shall allow reasonable access for viewings and inspections during the notice period, provided reasonable notice is given.</w:t>
      </w:r>
    </w:p>
    <w:p>
      <w:r>
        <w:rPr>
          <w:b w:val="0"/>
          <w:sz w:val="20"/>
        </w:rPr>
        <w:t>3. All rent and other payments due under the tenancy agreement will be paid up to and including the termination date.</w:t>
      </w:r>
    </w:p>
    <w:p/>
    <w:p>
      <w:r>
        <w:rPr>
          <w:b/>
          <w:sz w:val="20"/>
        </w:rPr>
        <w:t>Landlord's Obligations:</w:t>
      </w:r>
    </w:p>
    <w:p>
      <w:r>
        <w:rPr>
          <w:b w:val="0"/>
          <w:sz w:val="20"/>
        </w:rPr>
        <w:t>Please acknowledge that, pursuant to the tenancy agreement and relevant legislation, you are required to:</w:t>
      </w:r>
    </w:p>
    <w:p>
      <w:r>
        <w:rPr>
          <w:b w:val="0"/>
          <w:sz w:val="20"/>
        </w:rPr>
        <w:t>- Return the tenancy deposit in accordance with the applicable tenancy deposit protection scheme.</w:t>
      </w:r>
    </w:p>
    <w:p>
      <w:r>
        <w:rPr>
          <w:b w:val="0"/>
          <w:sz w:val="20"/>
        </w:rPr>
        <w:t>- Provide any necessary documentation or certificates as required by law.</w:t>
      </w:r>
    </w:p>
    <w:p/>
    <w:p>
      <w:r>
        <w:rPr>
          <w:b/>
          <w:sz w:val="20"/>
        </w:rPr>
        <w:t>Legal Compliance and Enforceability:</w:t>
      </w:r>
    </w:p>
    <w:p>
      <w:r>
        <w:rPr>
          <w:b w:val="0"/>
          <w:sz w:val="20"/>
        </w:rPr>
        <w:t>This notice is given in full compliance with the Housing Act 1988 (as amended), the terms of the tenancy agreement, and other applicable UK legislation. It is intended to be legally binding and enforceable.</w:t>
      </w:r>
    </w:p>
    <w:p/>
    <w:p>
      <w:r>
        <w:rPr>
          <w:b w:val="0"/>
          <w:sz w:val="20"/>
        </w:rPr>
        <w:t>Please confirm receipt of this notice and provide any instructions regarding the handover process.</w:t>
      </w:r>
    </w:p>
    <w:p/>
    <w:p/>
    <w:p>
      <w:r>
        <w:rPr>
          <w:b w:val="0"/>
          <w:sz w:val="20"/>
        </w:rPr>
        <w:t>Yours faithfully,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Tenant</w:t>
            </w:r>
          </w:p>
        </w:tc>
        <w:tc>
          <w:tcPr>
            <w:tcW w:type="dxa" w:w="4986"/>
            <w:tcBorders>
              <w:top w:val="nil"/>
              <w:left w:val="nil"/>
              <w:bottom w:val="nil"/>
              <w:right w:val="nil"/>
              <w:insideH w:val="nil"/>
              <w:insideV w:val="nil"/>
            </w:tcBorders>
          </w:tcPr>
          <w:p>
            <w:pPr>
              <w:jc w:val="center"/>
            </w:pPr>
            <w:r>
              <w:t>Landlord / Agent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r>
        <w:br w:type="page"/>
      </w:r>
    </w:p>
    <w:p>
      <w:pPr>
        <w:jc w:val="center"/>
      </w:pPr>
      <w:r>
        <w:rPr>
          <w:color w:val="555555"/>
          <w:sz w:val="24"/>
        </w:rPr>
        <w:t>Original source of this document:</w:t>
      </w:r>
    </w:p>
    <w:p>
      <w:pPr>
        <w:jc w:val="center"/>
      </w:pPr>
      <w:hyperlink r:id="rId9">
        <w:r>
          <w:rPr>
            <w:color w:val="0000FF"/>
            <w:u w:val="single"/>
          </w:rPr>
          <w:t>https://legaltemplates-uk.com/break-clause-letter/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break-clause-letter/"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