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ACCIDENT REPORT FORM</w:t>
      </w:r>
    </w:p>
    <w:p/>
    <w:p/>
    <w:p>
      <w:r>
        <w:rPr>
          <w:b/>
          <w:sz w:val="20"/>
        </w:rPr>
        <w:t>1. Reporting Party Details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>
      <w:r>
        <w:rPr>
          <w:b w:val="0"/>
          <w:sz w:val="20"/>
        </w:rPr>
        <w:t>Relationship to Injured Party (if applicable): ______________________________</w:t>
      </w:r>
    </w:p>
    <w:p/>
    <w:p>
      <w:r>
        <w:rPr>
          <w:b/>
          <w:sz w:val="20"/>
        </w:rPr>
        <w:t>2. Injured Party Details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__________________________________________________________</w:t>
      </w:r>
    </w:p>
    <w:p>
      <w:r>
        <w:rPr>
          <w:b w:val="0"/>
          <w:sz w:val="20"/>
        </w:rPr>
        <w:t>NHS Number (if known): ___________________________________________________</w:t>
      </w:r>
    </w:p>
    <w:p/>
    <w:p>
      <w:r>
        <w:rPr>
          <w:b/>
          <w:sz w:val="20"/>
        </w:rPr>
        <w:t>3. Accident Details</w:t>
      </w:r>
    </w:p>
    <w:p>
      <w:r>
        <w:rPr>
          <w:b w:val="0"/>
          <w:sz w:val="20"/>
        </w:rPr>
        <w:t>Date of Accident: _________________________________________________________</w:t>
      </w:r>
    </w:p>
    <w:p>
      <w:r>
        <w:rPr>
          <w:b w:val="0"/>
          <w:sz w:val="20"/>
        </w:rPr>
        <w:t>Time of Accident: _________________________________________________________</w:t>
      </w:r>
    </w:p>
    <w:p>
      <w:r>
        <w:rPr>
          <w:b w:val="0"/>
          <w:sz w:val="20"/>
        </w:rPr>
        <w:t>Location of Accident: ______________________________________________________</w:t>
      </w:r>
    </w:p>
    <w:p>
      <w:r>
        <w:rPr>
          <w:b w:val="0"/>
          <w:sz w:val="20"/>
        </w:rPr>
        <w:t>Weather Conditions: _______________________________________________________</w:t>
      </w:r>
    </w:p>
    <w:p>
      <w:r>
        <w:rPr>
          <w:b/>
          <w:sz w:val="20"/>
        </w:rPr>
        <w:t>Description of Accident:</w:t>
      </w:r>
    </w:p>
    <w:p>
      <w:r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</w:r>
    </w:p>
    <w:p/>
    <w:p>
      <w:r>
        <w:rPr>
          <w:b/>
          <w:sz w:val="20"/>
        </w:rPr>
        <w:t>4. Injury Details</w:t>
      </w:r>
    </w:p>
    <w:p>
      <w:r>
        <w:rPr>
          <w:b/>
          <w:sz w:val="20"/>
        </w:rPr>
        <w:t>Nature of Injury (describe fully):</w:t>
      </w:r>
    </w:p>
    <w:p>
      <w:r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</w:r>
    </w:p>
    <w:p>
      <w:r>
        <w:rPr>
          <w:b w:val="0"/>
          <w:sz w:val="20"/>
        </w:rPr>
        <w:t>Parts of Body Injured: _____________________________________________________</w:t>
      </w:r>
    </w:p>
    <w:p>
      <w:r>
        <w:rPr>
          <w:b w:val="0"/>
          <w:sz w:val="20"/>
        </w:rPr>
        <w:t>Was medical treatment required? (Yes/No): _________________________________</w:t>
      </w:r>
    </w:p>
    <w:p>
      <w:r>
        <w:rPr>
          <w:b w:val="0"/>
          <w:sz w:val="20"/>
        </w:rPr>
        <w:t>If yes, name and address of medical facility: _______________________________</w:t>
      </w:r>
    </w:p>
    <w:p/>
    <w:p>
      <w:r>
        <w:rPr>
          <w:b/>
          <w:sz w:val="20"/>
        </w:rPr>
        <w:t>5. Witnesses</w:t>
      </w:r>
    </w:p>
    <w:p>
      <w:r>
        <w:rPr>
          <w:b w:val="0"/>
          <w:sz w:val="20"/>
        </w:rPr>
        <w:t>Please provide details of any witnesses to the accident.</w:t>
      </w:r>
    </w:p>
    <w:p>
      <w:r>
        <w:rPr>
          <w:b w:val="0"/>
          <w:sz w:val="20"/>
        </w:rPr>
        <w:t>Witness 1: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</w:t>
      </w:r>
    </w:p>
    <w:p/>
    <w:p>
      <w:r>
        <w:rPr>
          <w:b w:val="0"/>
          <w:sz w:val="20"/>
        </w:rPr>
        <w:t>Witness 2: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</w:t>
      </w:r>
    </w:p>
    <w:p/>
    <w:p>
      <w:r>
        <w:rPr>
          <w:b/>
          <w:sz w:val="20"/>
        </w:rPr>
        <w:t>6. Property Damage</w:t>
      </w:r>
    </w:p>
    <w:p>
      <w:r>
        <w:rPr>
          <w:b w:val="0"/>
          <w:sz w:val="20"/>
        </w:rPr>
        <w:t>Was any property damaged? (Yes/No): ___________________________________</w:t>
      </w:r>
    </w:p>
    <w:p>
      <w:r>
        <w:rPr>
          <w:b/>
          <w:sz w:val="20"/>
        </w:rPr>
        <w:t>If yes, please describe the damaged property and extent of damage:</w:t>
      </w:r>
    </w:p>
    <w:p>
      <w:r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</w:r>
    </w:p>
    <w:p/>
    <w:p>
      <w:r>
        <w:rPr>
          <w:b/>
          <w:sz w:val="20"/>
        </w:rPr>
        <w:t>7. Circumstances of the Accident</w:t>
      </w:r>
    </w:p>
    <w:p>
      <w:r>
        <w:rPr>
          <w:b/>
          <w:sz w:val="20"/>
        </w:rPr>
        <w:t>Please describe in detail the circumstances leading to the accident, including any contributing factors:</w:t>
      </w:r>
    </w:p>
    <w:p>
      <w:r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</w:r>
    </w:p>
    <w:p/>
    <w:p>
      <w:r>
        <w:rPr>
          <w:b/>
          <w:sz w:val="20"/>
        </w:rPr>
        <w:t>8. Safety Measures</w:t>
      </w:r>
    </w:p>
    <w:p>
      <w:r>
        <w:rPr>
          <w:b w:val="0"/>
          <w:sz w:val="20"/>
        </w:rPr>
        <w:t>Were any safety measures in place at the time of the accident? (Yes/No): __</w:t>
      </w:r>
    </w:p>
    <w:p>
      <w:r>
        <w:rPr>
          <w:b/>
          <w:sz w:val="20"/>
        </w:rPr>
        <w:t>If yes, please describe:</w:t>
      </w:r>
    </w:p>
    <w:p>
      <w:r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</w:r>
    </w:p>
    <w:p/>
    <w:p>
      <w:r>
        <w:rPr>
          <w:b/>
          <w:sz w:val="20"/>
        </w:rPr>
        <w:t>9. Declaration</w:t>
      </w:r>
    </w:p>
    <w:p>
      <w:r>
        <w:rPr>
          <w:b w:val="0"/>
          <w:sz w:val="20"/>
        </w:rPr>
        <w:t>I hereby declare that the information provided in this form is true and accurate to the best of my knowledge.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Reporting Party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Investigator/Receiver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https://legaltemplates-uk.com/accident-form/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accident-form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